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ADF85" w14:textId="29A4EE9C" w:rsidR="00086911" w:rsidRDefault="00086911" w:rsidP="00086911"/>
    <w:p w14:paraId="143356FA" w14:textId="77777777" w:rsidR="00082473" w:rsidRDefault="00082473" w:rsidP="00086911"/>
    <w:p w14:paraId="5C0395A6" w14:textId="77777777" w:rsidR="00082473" w:rsidRDefault="00082473" w:rsidP="00086911"/>
    <w:p w14:paraId="3762990F" w14:textId="5C96ABBD" w:rsidR="00086911" w:rsidRDefault="00086911" w:rsidP="00086911"/>
    <w:p w14:paraId="5B9B7011" w14:textId="373E7004" w:rsidR="002F0715" w:rsidRPr="002F0715" w:rsidRDefault="002F0715" w:rsidP="002F0715">
      <w:pPr>
        <w:jc w:val="center"/>
        <w:rPr>
          <w:b/>
          <w:bCs/>
          <w:sz w:val="24"/>
          <w:szCs w:val="24"/>
        </w:rPr>
      </w:pPr>
      <w:r w:rsidRPr="002F0715">
        <w:rPr>
          <w:b/>
          <w:bCs/>
          <w:sz w:val="24"/>
          <w:szCs w:val="24"/>
        </w:rPr>
        <w:t>ANEXO II</w:t>
      </w:r>
      <w:r w:rsidR="00C11A83">
        <w:rPr>
          <w:b/>
          <w:bCs/>
          <w:sz w:val="24"/>
          <w:szCs w:val="24"/>
        </w:rPr>
        <w:t xml:space="preserve"> -</w:t>
      </w:r>
      <w:r w:rsidRPr="002F0715">
        <w:rPr>
          <w:b/>
          <w:bCs/>
          <w:sz w:val="24"/>
          <w:szCs w:val="24"/>
        </w:rPr>
        <w:t xml:space="preserve"> FORMULÁRIO DE INSCRIÇÃO</w:t>
      </w:r>
    </w:p>
    <w:p w14:paraId="75271F4E" w14:textId="77777777" w:rsidR="002F0715" w:rsidRPr="002F0715" w:rsidRDefault="002F0715" w:rsidP="002F0715">
      <w:pPr>
        <w:jc w:val="center"/>
        <w:rPr>
          <w:b/>
          <w:bCs/>
          <w:sz w:val="24"/>
          <w:szCs w:val="24"/>
        </w:rPr>
      </w:pPr>
      <w:r w:rsidRPr="002F0715">
        <w:rPr>
          <w:sz w:val="24"/>
          <w:szCs w:val="24"/>
        </w:rPr>
        <w:t>Chamamento Público nº 01/2026</w:t>
      </w:r>
    </w:p>
    <w:p w14:paraId="78E8D916" w14:textId="77777777" w:rsidR="002F0715" w:rsidRPr="002F0715" w:rsidRDefault="002F0715" w:rsidP="002F0715">
      <w:pPr>
        <w:jc w:val="center"/>
        <w:rPr>
          <w:b/>
          <w:bCs/>
          <w:sz w:val="24"/>
          <w:szCs w:val="24"/>
        </w:rPr>
      </w:pPr>
      <w:r w:rsidRPr="002F0715">
        <w:rPr>
          <w:b/>
          <w:bCs/>
          <w:sz w:val="24"/>
          <w:szCs w:val="24"/>
        </w:rPr>
        <w:t>Processo nº 134/2026</w:t>
      </w:r>
    </w:p>
    <w:p w14:paraId="17DD149C" w14:textId="77777777" w:rsidR="002F0715" w:rsidRPr="002F0715" w:rsidRDefault="002F0715" w:rsidP="002F0715">
      <w:pPr>
        <w:jc w:val="center"/>
        <w:rPr>
          <w:b/>
          <w:bCs/>
          <w:sz w:val="24"/>
          <w:szCs w:val="24"/>
        </w:rPr>
      </w:pPr>
      <w:r w:rsidRPr="002F0715">
        <w:rPr>
          <w:sz w:val="24"/>
          <w:szCs w:val="24"/>
        </w:rPr>
        <w:t>PNAB Ciclo 2 • Silveiras 2026</w:t>
      </w:r>
    </w:p>
    <w:p w14:paraId="176C62A4" w14:textId="77777777" w:rsidR="002F0715" w:rsidRDefault="002F0715" w:rsidP="002F0715"/>
    <w:p w14:paraId="23F1210D" w14:textId="77777777" w:rsidR="00082473" w:rsidRPr="002F0715" w:rsidRDefault="00082473" w:rsidP="002F0715"/>
    <w:p w14:paraId="3410E95F" w14:textId="77777777" w:rsidR="002F0715" w:rsidRPr="002F0715" w:rsidRDefault="002F0715" w:rsidP="002F0715">
      <w:pPr>
        <w:rPr>
          <w:b/>
          <w:bCs/>
        </w:rPr>
      </w:pPr>
      <w:r w:rsidRPr="002F0715">
        <w:rPr>
          <w:b/>
          <w:bCs/>
        </w:rPr>
        <w:t>1. IDENTIFICAÇÃO</w:t>
      </w:r>
    </w:p>
    <w:p w14:paraId="07D5B968" w14:textId="77777777" w:rsidR="002F0715" w:rsidRPr="002F0715" w:rsidRDefault="002F0715" w:rsidP="002F0715">
      <w:r w:rsidRPr="002F0715">
        <w:t>Nome/Razão Social: ______________________________________</w:t>
      </w:r>
    </w:p>
    <w:p w14:paraId="2D3680BB" w14:textId="77777777" w:rsidR="002F0715" w:rsidRPr="002F0715" w:rsidRDefault="002F0715" w:rsidP="002F0715">
      <w:r w:rsidRPr="002F0715">
        <w:t>Nome artístico/nome do grupo: ____________________________</w:t>
      </w:r>
    </w:p>
    <w:p w14:paraId="1EF55762" w14:textId="77777777" w:rsidR="002F0715" w:rsidRPr="002F0715" w:rsidRDefault="002F0715" w:rsidP="002F0715">
      <w:r w:rsidRPr="002F0715">
        <w:t>CPF/CNPJ: ______________________________________________</w:t>
      </w:r>
    </w:p>
    <w:p w14:paraId="45260F16" w14:textId="77777777" w:rsidR="002F0715" w:rsidRPr="002F0715" w:rsidRDefault="002F0715" w:rsidP="002F0715">
      <w:r w:rsidRPr="002F0715">
        <w:t>RG, quando aplicável: ____________________________________</w:t>
      </w:r>
    </w:p>
    <w:p w14:paraId="601D9994" w14:textId="77777777" w:rsidR="002F0715" w:rsidRPr="002F0715" w:rsidRDefault="002F0715" w:rsidP="002F0715">
      <w:r w:rsidRPr="002F0715">
        <w:t>Data de nascimento: _____________________________________</w:t>
      </w:r>
    </w:p>
    <w:p w14:paraId="6A99B3C1" w14:textId="77777777" w:rsidR="002F0715" w:rsidRPr="002F0715" w:rsidRDefault="002F0715" w:rsidP="002F0715">
      <w:r w:rsidRPr="002F0715">
        <w:t>Endereço: _______________________________________________</w:t>
      </w:r>
    </w:p>
    <w:p w14:paraId="2591F005" w14:textId="77777777" w:rsidR="002F0715" w:rsidRPr="002F0715" w:rsidRDefault="002F0715" w:rsidP="002F0715">
      <w:r w:rsidRPr="002F0715">
        <w:t>Bairro: ___________________ CEP: __________________________</w:t>
      </w:r>
    </w:p>
    <w:p w14:paraId="6AB1C1C9" w14:textId="77777777" w:rsidR="002F0715" w:rsidRPr="002F0715" w:rsidRDefault="002F0715" w:rsidP="002F0715">
      <w:r w:rsidRPr="002F0715">
        <w:t>Telefone: _______________________________________________</w:t>
      </w:r>
    </w:p>
    <w:p w14:paraId="40643148" w14:textId="77777777" w:rsidR="002F0715" w:rsidRPr="002F0715" w:rsidRDefault="002F0715" w:rsidP="002F0715">
      <w:r w:rsidRPr="002F0715">
        <w:t>E-mail: _________________________________________________</w:t>
      </w:r>
    </w:p>
    <w:p w14:paraId="5EC37B42" w14:textId="77777777" w:rsidR="002F0715" w:rsidRPr="002F0715" w:rsidRDefault="002F0715" w:rsidP="002F0715">
      <w:r w:rsidRPr="002F0715">
        <w:t>Tipo de proponente:</w:t>
      </w:r>
    </w:p>
    <w:p w14:paraId="0C5C8698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Pessoa física</w:t>
      </w:r>
    </w:p>
    <w:p w14:paraId="54A4331C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MEI</w:t>
      </w:r>
    </w:p>
    <w:p w14:paraId="3A49945C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Pessoa jurídica com fins lucrativos</w:t>
      </w:r>
    </w:p>
    <w:p w14:paraId="33CD696F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Pessoa jurídica sem fins lucrativos</w:t>
      </w:r>
    </w:p>
    <w:p w14:paraId="6A52A342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Grupo/coletivo sem CNPJ</w:t>
      </w:r>
    </w:p>
    <w:p w14:paraId="7F4E164E" w14:textId="77777777" w:rsidR="002F0715" w:rsidRPr="002F0715" w:rsidRDefault="002F0715" w:rsidP="002F0715">
      <w:pPr>
        <w:rPr>
          <w:b/>
          <w:bCs/>
        </w:rPr>
      </w:pPr>
      <w:r w:rsidRPr="002F0715">
        <w:rPr>
          <w:b/>
          <w:bCs/>
        </w:rPr>
        <w:t>2. PROJETO</w:t>
      </w:r>
    </w:p>
    <w:p w14:paraId="71BAADC9" w14:textId="77777777" w:rsidR="002F0715" w:rsidRPr="002F0715" w:rsidRDefault="002F0715" w:rsidP="002F0715">
      <w:r w:rsidRPr="002F0715">
        <w:t>Título: _________________________________________________</w:t>
      </w:r>
    </w:p>
    <w:p w14:paraId="21A9F72D" w14:textId="77777777" w:rsidR="002F0715" w:rsidRPr="002F0715" w:rsidRDefault="002F0715" w:rsidP="002F0715">
      <w:r w:rsidRPr="002F0715">
        <w:t>Eixo:</w:t>
      </w:r>
    </w:p>
    <w:p w14:paraId="107C3645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Eixo 1 – Produção e Circulação Cultural</w:t>
      </w:r>
    </w:p>
    <w:p w14:paraId="083A9C08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Eixo 2 – Formação e Capacitação Cultural</w:t>
      </w:r>
    </w:p>
    <w:p w14:paraId="4B80A3C4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Eixo 3 – Memória e Audiovisual</w:t>
      </w:r>
    </w:p>
    <w:p w14:paraId="21176D46" w14:textId="77777777" w:rsidR="002F0715" w:rsidRPr="002F0715" w:rsidRDefault="002F0715" w:rsidP="002F0715">
      <w:r w:rsidRPr="002F0715">
        <w:t>Valor solicitado: R$ ______________________________________</w:t>
      </w:r>
    </w:p>
    <w:p w14:paraId="1AC7CC75" w14:textId="77777777" w:rsidR="002F0715" w:rsidRPr="002F0715" w:rsidRDefault="002F0715" w:rsidP="002F0715">
      <w:pPr>
        <w:rPr>
          <w:b/>
          <w:bCs/>
        </w:rPr>
      </w:pPr>
      <w:r w:rsidRPr="002F0715">
        <w:rPr>
          <w:b/>
          <w:bCs/>
        </w:rPr>
        <w:t>3. SEGMENTO PRINCIPAL</w:t>
      </w:r>
    </w:p>
    <w:p w14:paraId="7DFB568D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Artes visuais</w:t>
      </w:r>
    </w:p>
    <w:p w14:paraId="2E346C50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Artesanato</w:t>
      </w:r>
    </w:p>
    <w:p w14:paraId="2C2C141A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Audiovisual</w:t>
      </w:r>
    </w:p>
    <w:p w14:paraId="320BF786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Circo</w:t>
      </w:r>
    </w:p>
    <w:p w14:paraId="10238D80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Cultura popular/tradicional</w:t>
      </w:r>
    </w:p>
    <w:p w14:paraId="3EF8155B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Dança</w:t>
      </w:r>
    </w:p>
    <w:p w14:paraId="4E582431" w14:textId="77777777" w:rsidR="002F0715" w:rsidRPr="002F0715" w:rsidRDefault="002F0715" w:rsidP="002F0715">
      <w:proofErr w:type="gramStart"/>
      <w:r w:rsidRPr="002F0715">
        <w:lastRenderedPageBreak/>
        <w:t>( )</w:t>
      </w:r>
      <w:proofErr w:type="gramEnd"/>
      <w:r w:rsidRPr="002F0715">
        <w:t xml:space="preserve"> Festas e celebrações</w:t>
      </w:r>
    </w:p>
    <w:p w14:paraId="2671475D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Literatura</w:t>
      </w:r>
    </w:p>
    <w:p w14:paraId="62CB9346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Memória/patrimônio</w:t>
      </w:r>
    </w:p>
    <w:p w14:paraId="36DDD220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Música</w:t>
      </w:r>
    </w:p>
    <w:p w14:paraId="76D2EC77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Teatro</w:t>
      </w:r>
    </w:p>
    <w:p w14:paraId="14C67F14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Formação cultural</w:t>
      </w:r>
    </w:p>
    <w:p w14:paraId="1E05E0D5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Outro: ______________________</w:t>
      </w:r>
    </w:p>
    <w:p w14:paraId="628F188E" w14:textId="77777777" w:rsidR="002F0715" w:rsidRPr="002F0715" w:rsidRDefault="002F0715" w:rsidP="002F0715">
      <w:pPr>
        <w:rPr>
          <w:b/>
          <w:bCs/>
        </w:rPr>
      </w:pPr>
      <w:r w:rsidRPr="002F0715">
        <w:rPr>
          <w:b/>
          <w:bCs/>
        </w:rPr>
        <w:t>4. COTAS</w:t>
      </w:r>
    </w:p>
    <w:p w14:paraId="26ADDCE0" w14:textId="77777777" w:rsidR="002F0715" w:rsidRPr="002F0715" w:rsidRDefault="002F0715" w:rsidP="002F0715">
      <w:r w:rsidRPr="002F0715">
        <w:t>Deseja concorrer por reserva de vagas?</w:t>
      </w:r>
    </w:p>
    <w:p w14:paraId="76FF3651" w14:textId="77777777" w:rsidR="002F0715" w:rsidRPr="002F0715" w:rsidRDefault="002F0715" w:rsidP="002F0715">
      <w:r w:rsidRPr="002F0715">
        <w:t>Pode indicar mais de uma condição aplicável, apresentando cada declaração correspondente. A opção não gera duplicação de vagas. A reserva inicial de PCD é zero pelo arredondamento por eixo; a condição poderá ser considerada em remanejamento ou ampliação, conforme os itens 5.2 e 5.5.</w:t>
      </w:r>
    </w:p>
    <w:p w14:paraId="37D3C36D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Não</w:t>
      </w:r>
    </w:p>
    <w:p w14:paraId="51FD0C21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Pessoa negra – preta ou parda</w:t>
      </w:r>
    </w:p>
    <w:p w14:paraId="73C73E87" w14:textId="77777777" w:rsidR="002F0715" w:rsidRPr="002F0715" w:rsidRDefault="002F0715" w:rsidP="002F0715">
      <w:proofErr w:type="gramStart"/>
      <w:r w:rsidRPr="002F0715">
        <w:t>( )</w:t>
      </w:r>
      <w:proofErr w:type="gramEnd"/>
      <w:r w:rsidRPr="002F0715">
        <w:t xml:space="preserve"> Pessoa indígena</w:t>
      </w:r>
    </w:p>
    <w:p w14:paraId="261DAB46" w14:textId="77777777" w:rsidR="002F0715" w:rsidRPr="002F0715" w:rsidRDefault="002F0715" w:rsidP="002F0715">
      <w:r w:rsidRPr="002F0715">
        <w:t xml:space="preserve">Para PJ, MEI ou coletivo, indicar a hipótese de protagonismo do item 5.3: </w:t>
      </w:r>
      <w:proofErr w:type="gramStart"/>
      <w:r w:rsidRPr="002F0715">
        <w:t>( )</w:t>
      </w:r>
      <w:proofErr w:type="gramEnd"/>
      <w:r w:rsidRPr="002F0715">
        <w:t xml:space="preserve"> maioria societária; </w:t>
      </w:r>
      <w:proofErr w:type="gramStart"/>
      <w:r w:rsidRPr="002F0715">
        <w:t>( )</w:t>
      </w:r>
      <w:proofErr w:type="gramEnd"/>
      <w:r w:rsidRPr="002F0715">
        <w:t xml:space="preserve"> liderança no projeto; </w:t>
      </w:r>
      <w:proofErr w:type="gramStart"/>
      <w:r w:rsidRPr="002F0715">
        <w:t>( )</w:t>
      </w:r>
      <w:proofErr w:type="gramEnd"/>
      <w:r w:rsidRPr="002F0715">
        <w:t xml:space="preserve"> maioria da equipe; </w:t>
      </w:r>
      <w:proofErr w:type="gramStart"/>
      <w:r w:rsidRPr="002F0715">
        <w:t>( )</w:t>
      </w:r>
      <w:proofErr w:type="gramEnd"/>
      <w:r w:rsidRPr="002F0715">
        <w:t xml:space="preserve"> outra composição demonstrada. Pessoas, funções e justificativa: ____________________________________________________________</w:t>
      </w:r>
    </w:p>
    <w:p w14:paraId="5B40700C" w14:textId="77777777" w:rsidR="002F0715" w:rsidRPr="002F0715" w:rsidRDefault="002F0715" w:rsidP="002F0715">
      <w:r w:rsidRPr="002F0715">
        <w:t>E-mail para comunicações e diligências, de acompanhamento obrigatório: _______________________________________________</w:t>
      </w:r>
    </w:p>
    <w:p w14:paraId="52177179" w14:textId="77777777" w:rsidR="002F0715" w:rsidRPr="002F0715" w:rsidRDefault="002F0715" w:rsidP="002F0715">
      <w:pPr>
        <w:rPr>
          <w:b/>
          <w:bCs/>
        </w:rPr>
      </w:pPr>
      <w:r w:rsidRPr="002F0715">
        <w:rPr>
          <w:b/>
          <w:bCs/>
        </w:rPr>
        <w:t>5. DECLARAÇÃO</w:t>
      </w:r>
    </w:p>
    <w:p w14:paraId="6869051F" w14:textId="77777777" w:rsidR="002F0715" w:rsidRPr="002F0715" w:rsidRDefault="002F0715" w:rsidP="002F0715">
      <w:r w:rsidRPr="002F0715">
        <w:t>Declaro que:</w:t>
      </w:r>
    </w:p>
    <w:p w14:paraId="1FF6721F" w14:textId="77777777" w:rsidR="002F0715" w:rsidRPr="002F0715" w:rsidRDefault="002F0715" w:rsidP="002F0715">
      <w:r w:rsidRPr="002F0715">
        <w:t xml:space="preserve">I – </w:t>
      </w:r>
      <w:proofErr w:type="gramStart"/>
      <w:r w:rsidRPr="002F0715">
        <w:t>li e aceito</w:t>
      </w:r>
      <w:proofErr w:type="gramEnd"/>
      <w:r w:rsidRPr="002F0715">
        <w:t xml:space="preserve"> as condições do Edital;</w:t>
      </w:r>
    </w:p>
    <w:p w14:paraId="4C84CC67" w14:textId="77777777" w:rsidR="002F0715" w:rsidRPr="002F0715" w:rsidRDefault="002F0715" w:rsidP="002F0715">
      <w:r w:rsidRPr="002F0715">
        <w:t xml:space="preserve">II – </w:t>
      </w:r>
      <w:proofErr w:type="gramStart"/>
      <w:r w:rsidRPr="002F0715">
        <w:t>as</w:t>
      </w:r>
      <w:proofErr w:type="gramEnd"/>
      <w:r w:rsidRPr="002F0715">
        <w:t xml:space="preserve"> informações apresentadas são verdadeiras;</w:t>
      </w:r>
    </w:p>
    <w:p w14:paraId="1DA26DA7" w14:textId="77777777" w:rsidR="002F0715" w:rsidRPr="002F0715" w:rsidRDefault="002F0715" w:rsidP="002F0715">
      <w:r w:rsidRPr="002F0715">
        <w:t>III – não me enquadro nas hipóteses de impedimento;</w:t>
      </w:r>
    </w:p>
    <w:p w14:paraId="7B555829" w14:textId="77777777" w:rsidR="002F0715" w:rsidRPr="002F0715" w:rsidRDefault="002F0715" w:rsidP="002F0715">
      <w:r w:rsidRPr="002F0715">
        <w:t xml:space="preserve">IV – </w:t>
      </w:r>
      <w:proofErr w:type="gramStart"/>
      <w:r w:rsidRPr="002F0715">
        <w:t>comprometo-me</w:t>
      </w:r>
      <w:proofErr w:type="gramEnd"/>
      <w:r w:rsidRPr="002F0715">
        <w:t xml:space="preserve"> a executar o projeto conforme aprovado;</w:t>
      </w:r>
    </w:p>
    <w:p w14:paraId="14241B74" w14:textId="77777777" w:rsidR="002F0715" w:rsidRPr="002F0715" w:rsidRDefault="002F0715" w:rsidP="002F0715">
      <w:r w:rsidRPr="002F0715">
        <w:t xml:space="preserve">V – </w:t>
      </w:r>
      <w:proofErr w:type="gramStart"/>
      <w:r w:rsidRPr="002F0715">
        <w:t>tenho</w:t>
      </w:r>
      <w:proofErr w:type="gramEnd"/>
      <w:r w:rsidRPr="002F0715">
        <w:t xml:space="preserve"> ciência de que os dados pessoais serão tratados para as finalidades públicas vinculadas a este Chamamento, nos termos da LGPD e do item 4.3 do Edital;</w:t>
      </w:r>
    </w:p>
    <w:p w14:paraId="483DDCAC" w14:textId="77777777" w:rsidR="002F0715" w:rsidRPr="002F0715" w:rsidRDefault="002F0715" w:rsidP="002F0715">
      <w:r w:rsidRPr="002F0715">
        <w:t xml:space="preserve">VI – </w:t>
      </w:r>
      <w:proofErr w:type="gramStart"/>
      <w:r w:rsidRPr="002F0715">
        <w:t>tenho</w:t>
      </w:r>
      <w:proofErr w:type="gramEnd"/>
      <w:r w:rsidRPr="002F0715">
        <w:t xml:space="preserve"> ciência de que a inscrição não assegura seleção ou recebimento de recurso.</w:t>
      </w:r>
    </w:p>
    <w:p w14:paraId="0847A0C8" w14:textId="77777777" w:rsidR="002F0715" w:rsidRPr="002F0715" w:rsidRDefault="002F0715" w:rsidP="002F0715">
      <w:r w:rsidRPr="002F0715">
        <w:t xml:space="preserve">Silveiras/SP, ____ de __________________ </w:t>
      </w:r>
      <w:proofErr w:type="spellStart"/>
      <w:r w:rsidRPr="002F0715">
        <w:t>de</w:t>
      </w:r>
      <w:proofErr w:type="spellEnd"/>
      <w:r w:rsidRPr="002F0715">
        <w:t xml:space="preserve"> ______.</w:t>
      </w:r>
    </w:p>
    <w:p w14:paraId="3EEFDA85" w14:textId="77777777" w:rsidR="002F0715" w:rsidRPr="002F0715" w:rsidRDefault="002F0715" w:rsidP="002F0715"/>
    <w:p w14:paraId="7D7254DE" w14:textId="77777777" w:rsidR="002F0715" w:rsidRDefault="002F0715" w:rsidP="002F0715">
      <w:pPr>
        <w:jc w:val="center"/>
        <w:rPr>
          <w:b/>
        </w:rPr>
      </w:pPr>
    </w:p>
    <w:p w14:paraId="129EED32" w14:textId="4F474D6E" w:rsidR="002F0715" w:rsidRPr="002F0715" w:rsidRDefault="002F0715" w:rsidP="002F0715">
      <w:pPr>
        <w:jc w:val="center"/>
      </w:pPr>
      <w:r w:rsidRPr="002F0715">
        <w:rPr>
          <w:b/>
        </w:rPr>
        <w:t>Assinatura do proponente</w:t>
      </w:r>
    </w:p>
    <w:p w14:paraId="75FE5893" w14:textId="77777777" w:rsidR="002F0715" w:rsidRPr="002F0715" w:rsidRDefault="002F0715" w:rsidP="002F0715"/>
    <w:p w14:paraId="1B4762F4" w14:textId="77777777" w:rsidR="00086911" w:rsidRPr="00086911" w:rsidRDefault="00086911" w:rsidP="00086911"/>
    <w:sectPr w:rsidR="00086911" w:rsidRPr="00086911" w:rsidSect="00034616">
      <w:footerReference w:type="default" r:id="rId8"/>
      <w:pgSz w:w="11906" w:h="16838"/>
      <w:pgMar w:top="965" w:right="1037" w:bottom="936" w:left="1037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99438" w14:textId="77777777" w:rsidR="00574487" w:rsidRDefault="00574487">
      <w:pPr>
        <w:spacing w:after="0" w:line="240" w:lineRule="auto"/>
      </w:pPr>
      <w:r>
        <w:separator/>
      </w:r>
    </w:p>
  </w:endnote>
  <w:endnote w:type="continuationSeparator" w:id="0">
    <w:p w14:paraId="3FF4AD90" w14:textId="77777777" w:rsidR="00574487" w:rsidRDefault="00574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8B34" w14:textId="77777777" w:rsidR="00A07D26" w:rsidRDefault="00000000">
    <w:pPr>
      <w:jc w:val="right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5B2D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3EB2B" w14:textId="77777777" w:rsidR="00574487" w:rsidRDefault="00574487">
      <w:pPr>
        <w:spacing w:after="0" w:line="240" w:lineRule="auto"/>
      </w:pPr>
      <w:r>
        <w:separator/>
      </w:r>
    </w:p>
  </w:footnote>
  <w:footnote w:type="continuationSeparator" w:id="0">
    <w:p w14:paraId="73DE8A09" w14:textId="77777777" w:rsidR="00574487" w:rsidRDefault="00574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652999">
    <w:abstractNumId w:val="8"/>
  </w:num>
  <w:num w:numId="2" w16cid:durableId="1321958557">
    <w:abstractNumId w:val="6"/>
  </w:num>
  <w:num w:numId="3" w16cid:durableId="1773361142">
    <w:abstractNumId w:val="5"/>
  </w:num>
  <w:num w:numId="4" w16cid:durableId="236785690">
    <w:abstractNumId w:val="4"/>
  </w:num>
  <w:num w:numId="5" w16cid:durableId="1457723862">
    <w:abstractNumId w:val="7"/>
  </w:num>
  <w:num w:numId="6" w16cid:durableId="80179481">
    <w:abstractNumId w:val="3"/>
  </w:num>
  <w:num w:numId="7" w16cid:durableId="734277506">
    <w:abstractNumId w:val="2"/>
  </w:num>
  <w:num w:numId="8" w16cid:durableId="1479566164">
    <w:abstractNumId w:val="1"/>
  </w:num>
  <w:num w:numId="9" w16cid:durableId="120810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75"/>
    <w:rsid w:val="00034616"/>
    <w:rsid w:val="0006063C"/>
    <w:rsid w:val="00082473"/>
    <w:rsid w:val="00086911"/>
    <w:rsid w:val="000B3FD2"/>
    <w:rsid w:val="000E0E05"/>
    <w:rsid w:val="000F1F66"/>
    <w:rsid w:val="00113D49"/>
    <w:rsid w:val="0015074B"/>
    <w:rsid w:val="00194854"/>
    <w:rsid w:val="001A1713"/>
    <w:rsid w:val="001E3DCB"/>
    <w:rsid w:val="001F180E"/>
    <w:rsid w:val="00210AC8"/>
    <w:rsid w:val="002155E1"/>
    <w:rsid w:val="002554FE"/>
    <w:rsid w:val="002571F5"/>
    <w:rsid w:val="00286DD1"/>
    <w:rsid w:val="0029639D"/>
    <w:rsid w:val="002F0715"/>
    <w:rsid w:val="00326F90"/>
    <w:rsid w:val="00331AF8"/>
    <w:rsid w:val="00381FB9"/>
    <w:rsid w:val="003C729C"/>
    <w:rsid w:val="003E271B"/>
    <w:rsid w:val="003E43DA"/>
    <w:rsid w:val="00406B09"/>
    <w:rsid w:val="004A2AF9"/>
    <w:rsid w:val="004E4BF4"/>
    <w:rsid w:val="00550FDB"/>
    <w:rsid w:val="00574487"/>
    <w:rsid w:val="005A2CDB"/>
    <w:rsid w:val="005B2D73"/>
    <w:rsid w:val="005C3D98"/>
    <w:rsid w:val="00664FF5"/>
    <w:rsid w:val="006B1AD7"/>
    <w:rsid w:val="00746819"/>
    <w:rsid w:val="008D6D4E"/>
    <w:rsid w:val="008E258B"/>
    <w:rsid w:val="00921FD4"/>
    <w:rsid w:val="009424B6"/>
    <w:rsid w:val="0094784E"/>
    <w:rsid w:val="009478E2"/>
    <w:rsid w:val="009578B1"/>
    <w:rsid w:val="0097257B"/>
    <w:rsid w:val="00992C7A"/>
    <w:rsid w:val="00A0234B"/>
    <w:rsid w:val="00A030A1"/>
    <w:rsid w:val="00A07D26"/>
    <w:rsid w:val="00A4464D"/>
    <w:rsid w:val="00A47886"/>
    <w:rsid w:val="00AA1D8D"/>
    <w:rsid w:val="00AC5250"/>
    <w:rsid w:val="00B437B1"/>
    <w:rsid w:val="00B47730"/>
    <w:rsid w:val="00BB42CE"/>
    <w:rsid w:val="00C11A83"/>
    <w:rsid w:val="00C61093"/>
    <w:rsid w:val="00CB0664"/>
    <w:rsid w:val="00CB099D"/>
    <w:rsid w:val="00CB12E6"/>
    <w:rsid w:val="00CE03C2"/>
    <w:rsid w:val="00D975DF"/>
    <w:rsid w:val="00E06CCF"/>
    <w:rsid w:val="00E337A7"/>
    <w:rsid w:val="00E52D36"/>
    <w:rsid w:val="00EE1409"/>
    <w:rsid w:val="00FA0F43"/>
    <w:rsid w:val="00FA7FBC"/>
    <w:rsid w:val="00FC693F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86B1FA"/>
  <w14:defaultImageDpi w14:val="300"/>
  <w15:docId w15:val="{5764A7C7-F0BD-4D9C-BBAB-FED447B5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250"/>
    <w:pPr>
      <w:spacing w:after="100" w:line="259" w:lineRule="auto"/>
      <w:jc w:val="both"/>
    </w:pPr>
    <w:rPr>
      <w:rFonts w:ascii="Arial" w:hAnsi="Arial"/>
      <w:color w:val="00000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7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before="18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spacing w:before="18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 Title"/>
    <w:pPr>
      <w:spacing w:after="140"/>
      <w:jc w:val="center"/>
    </w:pPr>
    <w:rPr>
      <w:rFonts w:ascii="Arial" w:hAnsi="Arial"/>
      <w:b/>
      <w:color w:val="2F5597"/>
      <w:sz w:val="32"/>
    </w:rPr>
  </w:style>
  <w:style w:type="paragraph" w:customStyle="1" w:styleId="CoverNote">
    <w:name w:val="Cover Note"/>
    <w:pPr>
      <w:spacing w:after="140"/>
      <w:jc w:val="both"/>
    </w:pPr>
    <w:rPr>
      <w:rFonts w:ascii="Arial" w:hAnsi="Arial"/>
      <w:color w:val="1F1F1F"/>
      <w:sz w:val="21"/>
    </w:rPr>
  </w:style>
  <w:style w:type="paragraph" w:customStyle="1" w:styleId="InstitutionalH1">
    <w:name w:val="Institutional H1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8"/>
    </w:rPr>
  </w:style>
  <w:style w:type="paragraph" w:customStyle="1" w:styleId="InstitutionalH2">
    <w:name w:val="Institutional H2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3"/>
    </w:rPr>
  </w:style>
  <w:style w:type="paragraph" w:customStyle="1" w:styleId="InternalH1">
    <w:name w:val="Internal H1"/>
    <w:pPr>
      <w:spacing w:after="140"/>
      <w:jc w:val="center"/>
    </w:pPr>
    <w:rPr>
      <w:rFonts w:ascii="Arial" w:hAnsi="Arial"/>
      <w:b/>
      <w:color w:val="000000"/>
      <w:sz w:val="3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" w:hAnsi="Arial"/>
      <w:color w:val="000000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PendnciaMunicipal">
    <w:name w:val="Pendência Municipal"/>
    <w:basedOn w:val="Normal"/>
    <w:pPr>
      <w:spacing w:before="100"/>
    </w:pPr>
    <w:rPr>
      <w:b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2267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do Chamamento Público 01 de 2026 da PNAB em Silveiras</vt:lpstr>
      <vt:lpstr/>
    </vt:vector>
  </TitlesOfParts>
  <Manager/>
  <Company/>
  <LinksUpToDate>false</LinksUpToDate>
  <CharactersWithSpaces>2681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Chamamento Público 01 de 2026 da PNAB em Silveiras</dc:title>
  <dc:subject>Ciclo 2 da PNAB com perguntas municipais em vermelho e anexos harmonizados</dc:subject>
  <dc:creator>Jonathan Mackenzie</dc:creator>
  <cp:keywords>PNAB; Silveiras; Lei Aldir Blanc; fomento cultural; cronograma; edital</cp:keywords>
  <dc:description>generated by python-docx</dc:description>
  <cp:lastModifiedBy>Miguel Mota</cp:lastModifiedBy>
  <cp:revision>5</cp:revision>
  <cp:lastPrinted>2026-10-21T16:03:00Z</cp:lastPrinted>
  <dcterms:created xsi:type="dcterms:W3CDTF">2026-10-21T16:16:00Z</dcterms:created>
  <dcterms:modified xsi:type="dcterms:W3CDTF">2026-10-22T16:01:00Z</dcterms:modified>
  <cp:category/>
</cp:coreProperties>
</file>