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C6F4" w14:textId="30ACD28B" w:rsidR="001E3DCB" w:rsidRDefault="001E3DCB" w:rsidP="001E3DCB"/>
    <w:p w14:paraId="7115F33D" w14:textId="722155B5" w:rsidR="001E3DCB" w:rsidRDefault="001E3DCB" w:rsidP="001E3DCB"/>
    <w:p w14:paraId="490B2DE8" w14:textId="0BC72998" w:rsidR="001E3DCB" w:rsidRPr="001E3DCB" w:rsidRDefault="001E3DCB" w:rsidP="001E3DCB">
      <w:pPr>
        <w:jc w:val="center"/>
        <w:rPr>
          <w:b/>
          <w:bCs/>
          <w:sz w:val="24"/>
          <w:szCs w:val="24"/>
        </w:rPr>
      </w:pPr>
      <w:r w:rsidRPr="001E3DCB">
        <w:rPr>
          <w:b/>
          <w:bCs/>
          <w:sz w:val="24"/>
          <w:szCs w:val="24"/>
        </w:rPr>
        <w:t xml:space="preserve">ANEXO III </w:t>
      </w:r>
      <w:r w:rsidR="00EE6839">
        <w:rPr>
          <w:b/>
          <w:bCs/>
          <w:sz w:val="24"/>
          <w:szCs w:val="24"/>
        </w:rPr>
        <w:t xml:space="preserve">- </w:t>
      </w:r>
      <w:r w:rsidRPr="001E3DCB">
        <w:rPr>
          <w:b/>
          <w:bCs/>
          <w:sz w:val="24"/>
          <w:szCs w:val="24"/>
        </w:rPr>
        <w:t>PLANO DE TRABALHO</w:t>
      </w:r>
    </w:p>
    <w:p w14:paraId="4CECF4CC" w14:textId="77777777" w:rsidR="001E3DCB" w:rsidRPr="001E3DCB" w:rsidRDefault="001E3DCB" w:rsidP="001E3DCB">
      <w:pPr>
        <w:jc w:val="center"/>
        <w:rPr>
          <w:b/>
          <w:bCs/>
          <w:sz w:val="24"/>
          <w:szCs w:val="24"/>
        </w:rPr>
      </w:pPr>
      <w:r w:rsidRPr="001E3DCB">
        <w:rPr>
          <w:sz w:val="24"/>
          <w:szCs w:val="24"/>
        </w:rPr>
        <w:t>Chamamento Público nº 01/2026</w:t>
      </w:r>
    </w:p>
    <w:p w14:paraId="397815F2" w14:textId="77777777" w:rsidR="001E3DCB" w:rsidRPr="001E3DCB" w:rsidRDefault="001E3DCB" w:rsidP="001E3DCB">
      <w:pPr>
        <w:jc w:val="center"/>
        <w:rPr>
          <w:b/>
          <w:bCs/>
          <w:sz w:val="24"/>
          <w:szCs w:val="24"/>
        </w:rPr>
      </w:pPr>
      <w:r w:rsidRPr="001E3DCB">
        <w:rPr>
          <w:b/>
          <w:bCs/>
          <w:sz w:val="24"/>
          <w:szCs w:val="24"/>
        </w:rPr>
        <w:t>Processo nº 134/2026</w:t>
      </w:r>
    </w:p>
    <w:p w14:paraId="4EEEA49A" w14:textId="77777777" w:rsidR="001E3DCB" w:rsidRPr="001E3DCB" w:rsidRDefault="001E3DCB" w:rsidP="001E3DCB">
      <w:pPr>
        <w:jc w:val="center"/>
        <w:rPr>
          <w:b/>
          <w:bCs/>
          <w:sz w:val="24"/>
          <w:szCs w:val="24"/>
        </w:rPr>
      </w:pPr>
      <w:r w:rsidRPr="001E3DCB">
        <w:rPr>
          <w:sz w:val="24"/>
          <w:szCs w:val="24"/>
        </w:rPr>
        <w:t>PNAB Ciclo 2 • Silveiras 2026</w:t>
      </w:r>
    </w:p>
    <w:p w14:paraId="342D90EC" w14:textId="77777777" w:rsidR="001E3DCB" w:rsidRDefault="001E3DCB" w:rsidP="001E3DCB"/>
    <w:p w14:paraId="2593475E" w14:textId="77777777" w:rsidR="00DD47A3" w:rsidRDefault="00DD47A3" w:rsidP="001E3DCB"/>
    <w:p w14:paraId="26C2E1C2" w14:textId="77777777" w:rsidR="00DD47A3" w:rsidRPr="001E3DCB" w:rsidRDefault="00DD47A3" w:rsidP="001E3DCB"/>
    <w:p w14:paraId="531D7391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1. Mini currículo/portfólio do proponente anexar</w:t>
      </w:r>
    </w:p>
    <w:p w14:paraId="2BE7669B" w14:textId="77777777" w:rsidR="001E3DCB" w:rsidRPr="001E3DCB" w:rsidRDefault="001E3DCB" w:rsidP="001E3DCB"/>
    <w:p w14:paraId="6758157C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2. Resumo do projeto</w:t>
      </w:r>
    </w:p>
    <w:p w14:paraId="393D1355" w14:textId="77777777" w:rsidR="001E3DCB" w:rsidRPr="001E3DCB" w:rsidRDefault="001E3DCB" w:rsidP="001E3DCB"/>
    <w:p w14:paraId="771B832F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3. Justificativa e contexto</w:t>
      </w:r>
    </w:p>
    <w:p w14:paraId="7584A412" w14:textId="77777777" w:rsidR="001E3DCB" w:rsidRPr="001E3DCB" w:rsidRDefault="001E3DCB" w:rsidP="001E3DCB">
      <w:r w:rsidRPr="001E3DCB">
        <w:t>Explique a importância cultural e social do projeto, sua relação com Silveiras e a motivação para realização.</w:t>
      </w:r>
    </w:p>
    <w:p w14:paraId="7C974C6F" w14:textId="77777777" w:rsidR="001E3DCB" w:rsidRPr="001E3DCB" w:rsidRDefault="001E3DCB" w:rsidP="001E3DCB"/>
    <w:p w14:paraId="535C2EF1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4. Objetivos</w:t>
      </w:r>
    </w:p>
    <w:p w14:paraId="1281ADB1" w14:textId="77777777" w:rsidR="001E3DCB" w:rsidRPr="001E3DCB" w:rsidRDefault="001E3DCB" w:rsidP="001E3DCB">
      <w:r w:rsidRPr="001E3DCB">
        <w:t>Objetivo geral:</w:t>
      </w:r>
    </w:p>
    <w:p w14:paraId="13F1267C" w14:textId="77777777" w:rsidR="001E3DCB" w:rsidRPr="001E3DCB" w:rsidRDefault="001E3DCB" w:rsidP="001E3DCB"/>
    <w:p w14:paraId="255E2BF4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Objetivos específicos:</w:t>
      </w:r>
    </w:p>
    <w:p w14:paraId="28C8FF5E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1.</w:t>
      </w:r>
    </w:p>
    <w:p w14:paraId="41F976D1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1A4FF636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2.</w:t>
      </w:r>
    </w:p>
    <w:p w14:paraId="08A537A2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4553F64D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3.</w:t>
      </w:r>
    </w:p>
    <w:p w14:paraId="411CC782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081E9069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4.</w:t>
      </w:r>
    </w:p>
    <w:p w14:paraId="1796B8E1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14:paraId="0C3F5414" w14:textId="77777777" w:rsidR="001E3DCB" w:rsidRPr="001E3DCB" w:rsidRDefault="001E3DCB" w:rsidP="001E3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1E3DCB">
        <w:t>5.</w:t>
      </w:r>
    </w:p>
    <w:p w14:paraId="7489298D" w14:textId="77777777" w:rsidR="001E3DCB" w:rsidRPr="001E3DCB" w:rsidRDefault="001E3DCB" w:rsidP="001E3DCB"/>
    <w:p w14:paraId="4D0BFF75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5. Metas</w:t>
      </w:r>
    </w:p>
    <w:tbl>
      <w:tblPr>
        <w:tblStyle w:val="Tabelacomgrade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5544"/>
        <w:gridCol w:w="3312"/>
      </w:tblGrid>
      <w:tr w:rsidR="001E3DCB" w:rsidRPr="001E3DCB" w14:paraId="3805CBC7" w14:textId="77777777" w:rsidTr="00615B4D">
        <w:trPr>
          <w:cantSplit/>
          <w:tblHeader/>
          <w:jc w:val="center"/>
        </w:trPr>
        <w:tc>
          <w:tcPr>
            <w:tcW w:w="93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40172" w14:textId="77777777" w:rsidR="001E3DCB" w:rsidRPr="001E3DCB" w:rsidRDefault="001E3DCB" w:rsidP="001E3DCB">
            <w:r w:rsidRPr="001E3DCB">
              <w:rPr>
                <w:b/>
              </w:rPr>
              <w:t>Meta</w:t>
            </w:r>
          </w:p>
        </w:tc>
        <w:tc>
          <w:tcPr>
            <w:tcW w:w="5544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8595E" w14:textId="77777777" w:rsidR="001E3DCB" w:rsidRPr="001E3DCB" w:rsidRDefault="001E3DCB" w:rsidP="001E3DCB">
            <w:r w:rsidRPr="001E3DCB">
              <w:rPr>
                <w:b/>
              </w:rPr>
              <w:t>Descrição</w:t>
            </w:r>
          </w:p>
        </w:tc>
        <w:tc>
          <w:tcPr>
            <w:tcW w:w="331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1934A7" w14:textId="77777777" w:rsidR="001E3DCB" w:rsidRPr="001E3DCB" w:rsidRDefault="001E3DCB" w:rsidP="001E3DCB">
            <w:r w:rsidRPr="001E3DCB">
              <w:rPr>
                <w:b/>
              </w:rPr>
              <w:t>Quantidade/indicador</w:t>
            </w:r>
          </w:p>
        </w:tc>
      </w:tr>
      <w:tr w:rsidR="001E3DCB" w:rsidRPr="001E3DCB" w14:paraId="334BA5A0" w14:textId="77777777" w:rsidTr="00615B4D">
        <w:trPr>
          <w:cantSplit/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67545A" w14:textId="77777777" w:rsidR="001E3DCB" w:rsidRPr="001E3DCB" w:rsidRDefault="001E3DCB" w:rsidP="001E3DCB">
            <w:r w:rsidRPr="001E3DCB">
              <w:t>1</w:t>
            </w:r>
          </w:p>
        </w:tc>
        <w:tc>
          <w:tcPr>
            <w:tcW w:w="55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1BF058" w14:textId="77777777" w:rsidR="001E3DCB" w:rsidRPr="001E3DCB" w:rsidRDefault="001E3DCB" w:rsidP="001E3DCB"/>
        </w:tc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005CF" w14:textId="77777777" w:rsidR="001E3DCB" w:rsidRPr="001E3DCB" w:rsidRDefault="001E3DCB" w:rsidP="001E3DCB"/>
        </w:tc>
      </w:tr>
      <w:tr w:rsidR="001E3DCB" w:rsidRPr="001E3DCB" w14:paraId="51E3DC50" w14:textId="77777777" w:rsidTr="00615B4D">
        <w:trPr>
          <w:cantSplit/>
          <w:jc w:val="center"/>
        </w:trPr>
        <w:tc>
          <w:tcPr>
            <w:tcW w:w="93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DB347" w14:textId="77777777" w:rsidR="001E3DCB" w:rsidRPr="001E3DCB" w:rsidRDefault="001E3DCB" w:rsidP="001E3DCB">
            <w:r w:rsidRPr="001E3DCB">
              <w:t>2</w:t>
            </w:r>
          </w:p>
        </w:tc>
        <w:tc>
          <w:tcPr>
            <w:tcW w:w="5544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73A7ED" w14:textId="77777777" w:rsidR="001E3DCB" w:rsidRPr="001E3DCB" w:rsidRDefault="001E3DCB" w:rsidP="001E3DCB"/>
        </w:tc>
        <w:tc>
          <w:tcPr>
            <w:tcW w:w="331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DEFC3" w14:textId="77777777" w:rsidR="001E3DCB" w:rsidRPr="001E3DCB" w:rsidRDefault="001E3DCB" w:rsidP="001E3DCB"/>
        </w:tc>
      </w:tr>
      <w:tr w:rsidR="001E3DCB" w:rsidRPr="001E3DCB" w14:paraId="4D02AAA1" w14:textId="77777777" w:rsidTr="00615B4D">
        <w:trPr>
          <w:cantSplit/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7C60D" w14:textId="77777777" w:rsidR="001E3DCB" w:rsidRPr="001E3DCB" w:rsidRDefault="001E3DCB" w:rsidP="001E3DCB">
            <w:r w:rsidRPr="001E3DCB">
              <w:t>3</w:t>
            </w:r>
          </w:p>
        </w:tc>
        <w:tc>
          <w:tcPr>
            <w:tcW w:w="55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C5A428" w14:textId="77777777" w:rsidR="001E3DCB" w:rsidRPr="001E3DCB" w:rsidRDefault="001E3DCB" w:rsidP="001E3DCB"/>
        </w:tc>
        <w:tc>
          <w:tcPr>
            <w:tcW w:w="331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77EA7" w14:textId="77777777" w:rsidR="001E3DCB" w:rsidRPr="001E3DCB" w:rsidRDefault="001E3DCB" w:rsidP="001E3DCB"/>
        </w:tc>
      </w:tr>
    </w:tbl>
    <w:p w14:paraId="7A58B3C8" w14:textId="77777777" w:rsidR="001E3DCB" w:rsidRPr="001E3DCB" w:rsidRDefault="001E3DCB" w:rsidP="001E3DCB"/>
    <w:p w14:paraId="37F602EE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6. Público</w:t>
      </w:r>
    </w:p>
    <w:p w14:paraId="73DB474A" w14:textId="77777777" w:rsidR="001E3DCB" w:rsidRPr="001E3DCB" w:rsidRDefault="001E3DCB" w:rsidP="001E3DCB">
      <w:r w:rsidRPr="001E3DCB">
        <w:t>Perfil do público: ______________________________________</w:t>
      </w:r>
    </w:p>
    <w:p w14:paraId="3E4AD220" w14:textId="77777777" w:rsidR="001E3DCB" w:rsidRPr="001E3DCB" w:rsidRDefault="001E3DCB" w:rsidP="001E3DCB">
      <w:r w:rsidRPr="001E3DCB">
        <w:t>Quantidade estimada: ___________________________________</w:t>
      </w:r>
    </w:p>
    <w:p w14:paraId="576BF35C" w14:textId="77777777" w:rsidR="001E3DCB" w:rsidRPr="001E3DCB" w:rsidRDefault="001E3DCB" w:rsidP="001E3DCB">
      <w:r w:rsidRPr="001E3DCB">
        <w:t>Faixa etária: ___________________________________________</w:t>
      </w:r>
    </w:p>
    <w:p w14:paraId="6363F32D" w14:textId="77777777" w:rsidR="001E3DCB" w:rsidRPr="001E3DCB" w:rsidRDefault="001E3DCB" w:rsidP="001E3DCB">
      <w:r w:rsidRPr="001E3DCB">
        <w:t>Território/bairros/comunidades: ___________________________</w:t>
      </w:r>
    </w:p>
    <w:p w14:paraId="0C74EEA0" w14:textId="77777777" w:rsidR="001E3DCB" w:rsidRPr="001E3DCB" w:rsidRDefault="001E3DCB" w:rsidP="001E3DCB">
      <w:r w:rsidRPr="001E3DCB">
        <w:t>Identificar endereço ou comunidade de cada ação, público atendido, enquadramento territorial quando cabível e parcela do orçamento vinculada. A indicação será examinada em conjunto com o planejamento municipal do item 6.1; localização turística não gera enquadramento automático.</w:t>
      </w:r>
    </w:p>
    <w:p w14:paraId="7CF32B77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7. Acessibilidade</w:t>
      </w:r>
    </w:p>
    <w:p w14:paraId="17D76F0A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Arquitetônica</w:t>
      </w:r>
    </w:p>
    <w:p w14:paraId="3ECBA162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rota acessível</w:t>
      </w:r>
    </w:p>
    <w:p w14:paraId="24FB02C5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rampa</w:t>
      </w:r>
    </w:p>
    <w:p w14:paraId="4CA6150F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banheiro adaptado</w:t>
      </w:r>
    </w:p>
    <w:p w14:paraId="1A82C3F5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área reservada</w:t>
      </w:r>
    </w:p>
    <w:p w14:paraId="25A449E0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outra: __________________</w:t>
      </w:r>
    </w:p>
    <w:p w14:paraId="2AB2CEDF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Comunicacional</w:t>
      </w:r>
    </w:p>
    <w:p w14:paraId="28B71934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Libras</w:t>
      </w:r>
    </w:p>
    <w:p w14:paraId="134EB1B7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audiodescrição</w:t>
      </w:r>
    </w:p>
    <w:p w14:paraId="4D047A71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legendagem</w:t>
      </w:r>
    </w:p>
    <w:p w14:paraId="3FDA2D66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linguagem simples</w:t>
      </w:r>
    </w:p>
    <w:p w14:paraId="300C6E8F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material compatível com leitor de tela</w:t>
      </w:r>
    </w:p>
    <w:p w14:paraId="67FA28E2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outra: __________________</w:t>
      </w:r>
    </w:p>
    <w:p w14:paraId="02FF4424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Atitudinal</w:t>
      </w:r>
    </w:p>
    <w:p w14:paraId="15E5CAFC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equipe capacitada</w:t>
      </w:r>
    </w:p>
    <w:p w14:paraId="2BA8D7FA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profissional especializado</w:t>
      </w:r>
    </w:p>
    <w:p w14:paraId="077265AB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sensibilização do público/equipe</w:t>
      </w:r>
    </w:p>
    <w:p w14:paraId="4AB30E6A" w14:textId="77777777" w:rsidR="001E3DCB" w:rsidRPr="001E3DCB" w:rsidRDefault="001E3DCB" w:rsidP="001E3DCB">
      <w:proofErr w:type="gramStart"/>
      <w:r w:rsidRPr="001E3DCB">
        <w:t>( )</w:t>
      </w:r>
      <w:proofErr w:type="gramEnd"/>
      <w:r w:rsidRPr="001E3DCB">
        <w:t xml:space="preserve"> outra: __________________</w:t>
      </w:r>
    </w:p>
    <w:p w14:paraId="523CC250" w14:textId="77777777" w:rsidR="001E3DCB" w:rsidRPr="001E3DCB" w:rsidRDefault="001E3DCB" w:rsidP="001E3DCB">
      <w:r w:rsidRPr="001E3DCB">
        <w:t>Justifique como será implementada:</w:t>
      </w:r>
    </w:p>
    <w:p w14:paraId="7FF74DAD" w14:textId="77777777" w:rsidR="001E3DCB" w:rsidRPr="001E3DCB" w:rsidRDefault="001E3DCB" w:rsidP="001E3DCB"/>
    <w:p w14:paraId="4D6BE526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8. Democratização do acesso e retorno público do projeto</w:t>
      </w:r>
    </w:p>
    <w:p w14:paraId="3F42D406" w14:textId="77777777" w:rsidR="001E3DCB" w:rsidRPr="001E3DCB" w:rsidRDefault="001E3DCB" w:rsidP="001E3DCB"/>
    <w:p w14:paraId="01CCAF45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9. Estratégia de divulgação</w:t>
      </w:r>
    </w:p>
    <w:p w14:paraId="246C8950" w14:textId="77777777" w:rsidR="001E3DCB" w:rsidRPr="001E3DCB" w:rsidRDefault="001E3DCB" w:rsidP="001E3DCB"/>
    <w:p w14:paraId="72DC9216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10. Período de execução</w:t>
      </w:r>
    </w:p>
    <w:p w14:paraId="12DD468A" w14:textId="77777777" w:rsidR="001E3DCB" w:rsidRPr="001E3DCB" w:rsidRDefault="001E3DCB" w:rsidP="001E3DCB">
      <w:r w:rsidRPr="001E3DCB">
        <w:t>Início: ____/____/______</w:t>
      </w:r>
    </w:p>
    <w:p w14:paraId="4DE7C904" w14:textId="77777777" w:rsidR="001E3DCB" w:rsidRPr="001E3DCB" w:rsidRDefault="001E3DCB" w:rsidP="001E3DCB">
      <w:r w:rsidRPr="001E3DCB">
        <w:t>Término: ____/____/______</w:t>
      </w:r>
    </w:p>
    <w:p w14:paraId="501770B9" w14:textId="77777777" w:rsidR="001E3DCB" w:rsidRPr="001E3DCB" w:rsidRDefault="001E3DCB" w:rsidP="001E3DCB">
      <w:r w:rsidRPr="001E3DCB">
        <w:t>O período informado respeitará o máximo de sete meses da assinatura do TEC. Execução e vigência coincidirão. O Relatório de Objeto será entregue em até trinta dias corridos do encerramento da vigência, observado o item 3.4.1 e ressalvada a verificação presencial formalmente adotada pelo Município.</w:t>
      </w:r>
    </w:p>
    <w:p w14:paraId="2E4C53FB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lastRenderedPageBreak/>
        <w:t>11. Equipe</w:t>
      </w:r>
    </w:p>
    <w:tbl>
      <w:tblPr>
        <w:tblStyle w:val="Tabelacomgrade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32"/>
        <w:gridCol w:w="2376"/>
        <w:gridCol w:w="2808"/>
      </w:tblGrid>
      <w:tr w:rsidR="001E3DCB" w:rsidRPr="001E3DCB" w14:paraId="43A1E7F8" w14:textId="77777777" w:rsidTr="00615B4D">
        <w:trPr>
          <w:cantSplit/>
          <w:tblHeader/>
          <w:jc w:val="center"/>
        </w:trPr>
        <w:tc>
          <w:tcPr>
            <w:tcW w:w="237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3E97CE" w14:textId="77777777" w:rsidR="001E3DCB" w:rsidRPr="001E3DCB" w:rsidRDefault="001E3DCB" w:rsidP="001E3DCB">
            <w:r w:rsidRPr="001E3DCB">
              <w:rPr>
                <w:b/>
              </w:rPr>
              <w:t>Nome</w:t>
            </w:r>
          </w:p>
        </w:tc>
        <w:tc>
          <w:tcPr>
            <w:tcW w:w="223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28897" w14:textId="77777777" w:rsidR="001E3DCB" w:rsidRPr="001E3DCB" w:rsidRDefault="001E3DCB" w:rsidP="001E3DCB">
            <w:r w:rsidRPr="001E3DCB">
              <w:rPr>
                <w:b/>
              </w:rPr>
              <w:t>CPF/CNPJ</w:t>
            </w:r>
          </w:p>
        </w:tc>
        <w:tc>
          <w:tcPr>
            <w:tcW w:w="237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4EB8AA" w14:textId="77777777" w:rsidR="001E3DCB" w:rsidRPr="001E3DCB" w:rsidRDefault="001E3DCB" w:rsidP="001E3DCB">
            <w:r w:rsidRPr="001E3DCB">
              <w:rPr>
                <w:b/>
              </w:rPr>
              <w:t>Função</w:t>
            </w:r>
          </w:p>
        </w:tc>
        <w:tc>
          <w:tcPr>
            <w:tcW w:w="2808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0F00E2" w14:textId="77777777" w:rsidR="001E3DCB" w:rsidRPr="001E3DCB" w:rsidRDefault="001E3DCB" w:rsidP="001E3DCB">
            <w:r w:rsidRPr="001E3DCB">
              <w:rPr>
                <w:b/>
              </w:rPr>
              <w:t>Mini currículo</w:t>
            </w:r>
          </w:p>
        </w:tc>
      </w:tr>
      <w:tr w:rsidR="001E3DCB" w:rsidRPr="001E3DCB" w14:paraId="3C03C226" w14:textId="77777777" w:rsidTr="00615B4D">
        <w:trPr>
          <w:cantSplit/>
          <w:jc w:val="center"/>
        </w:trPr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4CF753" w14:textId="77777777" w:rsidR="001E3DCB" w:rsidRPr="001E3DCB" w:rsidRDefault="001E3DCB" w:rsidP="001E3DCB"/>
        </w:tc>
        <w:tc>
          <w:tcPr>
            <w:tcW w:w="2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90A02" w14:textId="77777777" w:rsidR="001E3DCB" w:rsidRPr="001E3DCB" w:rsidRDefault="001E3DCB" w:rsidP="001E3DCB"/>
        </w:tc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1ED48" w14:textId="77777777" w:rsidR="001E3DCB" w:rsidRPr="001E3DCB" w:rsidRDefault="001E3DCB" w:rsidP="001E3DCB"/>
        </w:tc>
        <w:tc>
          <w:tcPr>
            <w:tcW w:w="28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8B4FB" w14:textId="77777777" w:rsidR="001E3DCB" w:rsidRPr="001E3DCB" w:rsidRDefault="001E3DCB" w:rsidP="001E3DCB"/>
        </w:tc>
      </w:tr>
      <w:tr w:rsidR="001E3DCB" w:rsidRPr="001E3DCB" w14:paraId="2F81C683" w14:textId="77777777" w:rsidTr="00615B4D">
        <w:trPr>
          <w:cantSplit/>
          <w:jc w:val="center"/>
        </w:trPr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3BF1C9" w14:textId="77777777" w:rsidR="001E3DCB" w:rsidRPr="001E3DCB" w:rsidRDefault="001E3DCB" w:rsidP="001E3DCB"/>
        </w:tc>
        <w:tc>
          <w:tcPr>
            <w:tcW w:w="223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79EE2" w14:textId="77777777" w:rsidR="001E3DCB" w:rsidRPr="001E3DCB" w:rsidRDefault="001E3DCB" w:rsidP="001E3DCB"/>
        </w:tc>
        <w:tc>
          <w:tcPr>
            <w:tcW w:w="237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572F7A" w14:textId="77777777" w:rsidR="001E3DCB" w:rsidRPr="001E3DCB" w:rsidRDefault="001E3DCB" w:rsidP="001E3DCB"/>
        </w:tc>
        <w:tc>
          <w:tcPr>
            <w:tcW w:w="2808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C519F7" w14:textId="77777777" w:rsidR="001E3DCB" w:rsidRPr="001E3DCB" w:rsidRDefault="001E3DCB" w:rsidP="001E3DCB"/>
        </w:tc>
      </w:tr>
      <w:tr w:rsidR="001E3DCB" w:rsidRPr="001E3DCB" w14:paraId="6D271141" w14:textId="77777777" w:rsidTr="00615B4D">
        <w:trPr>
          <w:cantSplit/>
          <w:jc w:val="center"/>
        </w:trPr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A968C2" w14:textId="77777777" w:rsidR="001E3DCB" w:rsidRPr="001E3DCB" w:rsidRDefault="001E3DCB" w:rsidP="001E3DCB"/>
        </w:tc>
        <w:tc>
          <w:tcPr>
            <w:tcW w:w="2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493CD" w14:textId="77777777" w:rsidR="001E3DCB" w:rsidRPr="001E3DCB" w:rsidRDefault="001E3DCB" w:rsidP="001E3DCB"/>
        </w:tc>
        <w:tc>
          <w:tcPr>
            <w:tcW w:w="237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46D139" w14:textId="77777777" w:rsidR="001E3DCB" w:rsidRPr="001E3DCB" w:rsidRDefault="001E3DCB" w:rsidP="001E3DCB"/>
        </w:tc>
        <w:tc>
          <w:tcPr>
            <w:tcW w:w="28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568EC" w14:textId="77777777" w:rsidR="001E3DCB" w:rsidRPr="001E3DCB" w:rsidRDefault="001E3DCB" w:rsidP="001E3DCB"/>
        </w:tc>
      </w:tr>
    </w:tbl>
    <w:p w14:paraId="0ECDDD8E" w14:textId="77777777" w:rsidR="001E3DCB" w:rsidRPr="001E3DCB" w:rsidRDefault="001E3DCB" w:rsidP="001E3DCB"/>
    <w:p w14:paraId="0AB95CA4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12. Cronograma</w:t>
      </w:r>
    </w:p>
    <w:tbl>
      <w:tblPr>
        <w:tblStyle w:val="Tabelacomgrade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1008"/>
        <w:gridCol w:w="3096"/>
        <w:gridCol w:w="1872"/>
        <w:gridCol w:w="1872"/>
      </w:tblGrid>
      <w:tr w:rsidR="001E3DCB" w:rsidRPr="001E3DCB" w14:paraId="0E1DE0A0" w14:textId="77777777" w:rsidTr="00615B4D">
        <w:trPr>
          <w:cantSplit/>
          <w:tblHeader/>
          <w:jc w:val="center"/>
        </w:trPr>
        <w:tc>
          <w:tcPr>
            <w:tcW w:w="1944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23C112" w14:textId="77777777" w:rsidR="001E3DCB" w:rsidRPr="001E3DCB" w:rsidRDefault="001E3DCB" w:rsidP="001E3DCB">
            <w:r w:rsidRPr="001E3DCB">
              <w:rPr>
                <w:b/>
              </w:rPr>
              <w:t>Atividade</w:t>
            </w:r>
          </w:p>
        </w:tc>
        <w:tc>
          <w:tcPr>
            <w:tcW w:w="1008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27992" w14:textId="77777777" w:rsidR="001E3DCB" w:rsidRPr="001E3DCB" w:rsidRDefault="001E3DCB" w:rsidP="001E3DCB">
            <w:r w:rsidRPr="001E3DCB">
              <w:rPr>
                <w:b/>
              </w:rPr>
              <w:t>Etapa</w:t>
            </w:r>
          </w:p>
        </w:tc>
        <w:tc>
          <w:tcPr>
            <w:tcW w:w="309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EED26B" w14:textId="77777777" w:rsidR="001E3DCB" w:rsidRPr="001E3DCB" w:rsidRDefault="001E3DCB" w:rsidP="001E3DCB">
            <w:r w:rsidRPr="001E3DCB">
              <w:rPr>
                <w:b/>
              </w:rPr>
              <w:t>Descrição</w:t>
            </w:r>
          </w:p>
        </w:tc>
        <w:tc>
          <w:tcPr>
            <w:tcW w:w="187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B40CA" w14:textId="77777777" w:rsidR="001E3DCB" w:rsidRPr="001E3DCB" w:rsidRDefault="001E3DCB" w:rsidP="001E3DCB">
            <w:r w:rsidRPr="001E3DCB">
              <w:rPr>
                <w:b/>
              </w:rPr>
              <w:t>Início</w:t>
            </w:r>
          </w:p>
        </w:tc>
        <w:tc>
          <w:tcPr>
            <w:tcW w:w="187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17121" w14:textId="77777777" w:rsidR="001E3DCB" w:rsidRPr="001E3DCB" w:rsidRDefault="001E3DCB" w:rsidP="001E3DCB">
            <w:r w:rsidRPr="001E3DCB">
              <w:rPr>
                <w:b/>
              </w:rPr>
              <w:t>Fim</w:t>
            </w:r>
          </w:p>
        </w:tc>
      </w:tr>
      <w:tr w:rsidR="001E3DCB" w:rsidRPr="001E3DCB" w14:paraId="2BE1C7EC" w14:textId="77777777" w:rsidTr="00615B4D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3F0150" w14:textId="77777777" w:rsidR="001E3DCB" w:rsidRPr="001E3DCB" w:rsidRDefault="001E3DCB" w:rsidP="001E3DCB"/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233D4" w14:textId="77777777" w:rsidR="001E3DCB" w:rsidRPr="001E3DCB" w:rsidRDefault="001E3DCB" w:rsidP="001E3DCB"/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2B16B8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136E5B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7D66E8" w14:textId="77777777" w:rsidR="001E3DCB" w:rsidRPr="001E3DCB" w:rsidRDefault="001E3DCB" w:rsidP="001E3DCB"/>
        </w:tc>
      </w:tr>
      <w:tr w:rsidR="001E3DCB" w:rsidRPr="001E3DCB" w14:paraId="60B00663" w14:textId="77777777" w:rsidTr="00615B4D">
        <w:trPr>
          <w:cantSplit/>
          <w:jc w:val="center"/>
        </w:trPr>
        <w:tc>
          <w:tcPr>
            <w:tcW w:w="1944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F631B" w14:textId="77777777" w:rsidR="001E3DCB" w:rsidRPr="001E3DCB" w:rsidRDefault="001E3DCB" w:rsidP="001E3DCB"/>
        </w:tc>
        <w:tc>
          <w:tcPr>
            <w:tcW w:w="1008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9C964" w14:textId="77777777" w:rsidR="001E3DCB" w:rsidRPr="001E3DCB" w:rsidRDefault="001E3DCB" w:rsidP="001E3DCB"/>
        </w:tc>
        <w:tc>
          <w:tcPr>
            <w:tcW w:w="309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FDF36" w14:textId="77777777" w:rsidR="001E3DCB" w:rsidRPr="001E3DCB" w:rsidRDefault="001E3DCB" w:rsidP="001E3DCB"/>
        </w:tc>
        <w:tc>
          <w:tcPr>
            <w:tcW w:w="187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30B4F" w14:textId="77777777" w:rsidR="001E3DCB" w:rsidRPr="001E3DCB" w:rsidRDefault="001E3DCB" w:rsidP="001E3DCB"/>
        </w:tc>
        <w:tc>
          <w:tcPr>
            <w:tcW w:w="187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5B6BC" w14:textId="77777777" w:rsidR="001E3DCB" w:rsidRPr="001E3DCB" w:rsidRDefault="001E3DCB" w:rsidP="001E3DCB"/>
        </w:tc>
      </w:tr>
      <w:tr w:rsidR="001E3DCB" w:rsidRPr="001E3DCB" w14:paraId="73AA6C3B" w14:textId="77777777" w:rsidTr="00615B4D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1F7BA" w14:textId="77777777" w:rsidR="001E3DCB" w:rsidRPr="001E3DCB" w:rsidRDefault="001E3DCB" w:rsidP="001E3DCB"/>
        </w:tc>
        <w:tc>
          <w:tcPr>
            <w:tcW w:w="100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B98CC2" w14:textId="77777777" w:rsidR="001E3DCB" w:rsidRPr="001E3DCB" w:rsidRDefault="001E3DCB" w:rsidP="001E3DCB"/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9E7CA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1DE6DC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E3B6B" w14:textId="77777777" w:rsidR="001E3DCB" w:rsidRPr="001E3DCB" w:rsidRDefault="001E3DCB" w:rsidP="001E3DCB"/>
        </w:tc>
      </w:tr>
    </w:tbl>
    <w:p w14:paraId="6C071701" w14:textId="77777777" w:rsidR="001E3DCB" w:rsidRPr="001E3DCB" w:rsidRDefault="001E3DCB" w:rsidP="001E3DCB"/>
    <w:p w14:paraId="670A8011" w14:textId="77777777" w:rsidR="001E3DCB" w:rsidRPr="001E3DCB" w:rsidRDefault="001E3DCB" w:rsidP="001E3DCB">
      <w:pPr>
        <w:rPr>
          <w:b/>
          <w:bCs/>
        </w:rPr>
      </w:pPr>
      <w:r w:rsidRPr="001E3DCB">
        <w:rPr>
          <w:b/>
          <w:bCs/>
        </w:rPr>
        <w:t>13. Orçamento</w:t>
      </w:r>
    </w:p>
    <w:tbl>
      <w:tblPr>
        <w:tblStyle w:val="Tabelacomgrade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1872"/>
        <w:gridCol w:w="864"/>
        <w:gridCol w:w="1152"/>
        <w:gridCol w:w="936"/>
        <w:gridCol w:w="1152"/>
        <w:gridCol w:w="2880"/>
      </w:tblGrid>
      <w:tr w:rsidR="001E3DCB" w:rsidRPr="001E3DCB" w14:paraId="172F5196" w14:textId="77777777" w:rsidTr="00615B4D">
        <w:trPr>
          <w:cantSplit/>
          <w:tblHeader/>
          <w:jc w:val="center"/>
        </w:trPr>
        <w:tc>
          <w:tcPr>
            <w:tcW w:w="93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FEC03" w14:textId="77777777" w:rsidR="001E3DCB" w:rsidRPr="001E3DCB" w:rsidRDefault="001E3DCB" w:rsidP="001E3DCB">
            <w:r w:rsidRPr="001E3DCB">
              <w:rPr>
                <w:b/>
              </w:rPr>
              <w:t>Item</w:t>
            </w:r>
          </w:p>
        </w:tc>
        <w:tc>
          <w:tcPr>
            <w:tcW w:w="187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DEEC7" w14:textId="77777777" w:rsidR="001E3DCB" w:rsidRPr="001E3DCB" w:rsidRDefault="001E3DCB" w:rsidP="001E3DCB">
            <w:r w:rsidRPr="001E3DCB">
              <w:rPr>
                <w:b/>
              </w:rPr>
              <w:t>Justificativa</w:t>
            </w:r>
          </w:p>
        </w:tc>
        <w:tc>
          <w:tcPr>
            <w:tcW w:w="864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6E3144" w14:textId="77777777" w:rsidR="001E3DCB" w:rsidRPr="001E3DCB" w:rsidRDefault="001E3DCB" w:rsidP="001E3DCB">
            <w:r w:rsidRPr="001E3DCB">
              <w:rPr>
                <w:b/>
              </w:rPr>
              <w:t>Unid.</w:t>
            </w:r>
          </w:p>
        </w:tc>
        <w:tc>
          <w:tcPr>
            <w:tcW w:w="115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4E9E7" w14:textId="77777777" w:rsidR="001E3DCB" w:rsidRPr="001E3DCB" w:rsidRDefault="001E3DCB" w:rsidP="001E3DCB">
            <w:r w:rsidRPr="001E3DCB">
              <w:rPr>
                <w:b/>
              </w:rPr>
              <w:t>Valor unitário</w:t>
            </w:r>
          </w:p>
        </w:tc>
        <w:tc>
          <w:tcPr>
            <w:tcW w:w="936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6E017C" w14:textId="77777777" w:rsidR="001E3DCB" w:rsidRPr="001E3DCB" w:rsidRDefault="001E3DCB" w:rsidP="001E3DCB">
            <w:proofErr w:type="spellStart"/>
            <w:r w:rsidRPr="001E3DCB">
              <w:rPr>
                <w:b/>
              </w:rPr>
              <w:t>Qtd</w:t>
            </w:r>
            <w:proofErr w:type="spellEnd"/>
            <w:r w:rsidRPr="001E3DCB">
              <w:rPr>
                <w:b/>
              </w:rPr>
              <w:t>.</w:t>
            </w:r>
          </w:p>
        </w:tc>
        <w:tc>
          <w:tcPr>
            <w:tcW w:w="1152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BBF39" w14:textId="77777777" w:rsidR="001E3DCB" w:rsidRPr="001E3DCB" w:rsidRDefault="001E3DCB" w:rsidP="001E3DCB">
            <w:r w:rsidRPr="001E3DCB">
              <w:rPr>
                <w:b/>
              </w:rPr>
              <w:t>Valor total</w:t>
            </w:r>
          </w:p>
        </w:tc>
        <w:tc>
          <w:tcPr>
            <w:tcW w:w="2880" w:type="dxa"/>
            <w:shd w:val="clear" w:color="auto" w:fill="263F5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3CAFF" w14:textId="77777777" w:rsidR="001E3DCB" w:rsidRPr="001E3DCB" w:rsidRDefault="001E3DCB" w:rsidP="001E3DCB">
            <w:r w:rsidRPr="001E3DCB">
              <w:rPr>
                <w:b/>
              </w:rPr>
              <w:t>Referência de preço</w:t>
            </w:r>
          </w:p>
        </w:tc>
      </w:tr>
      <w:tr w:rsidR="001E3DCB" w:rsidRPr="001E3DCB" w14:paraId="5694A1E7" w14:textId="77777777" w:rsidTr="00615B4D">
        <w:trPr>
          <w:cantSplit/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599CC5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FEAA9" w14:textId="77777777" w:rsidR="001E3DCB" w:rsidRPr="001E3DCB" w:rsidRDefault="001E3DCB" w:rsidP="001E3DCB"/>
        </w:tc>
        <w:tc>
          <w:tcPr>
            <w:tcW w:w="86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3A3EF8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8E874F" w14:textId="77777777" w:rsidR="001E3DCB" w:rsidRPr="001E3DCB" w:rsidRDefault="001E3DCB" w:rsidP="001E3DCB"/>
        </w:tc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E9CC06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4D25B" w14:textId="77777777" w:rsidR="001E3DCB" w:rsidRPr="001E3DCB" w:rsidRDefault="001E3DCB" w:rsidP="001E3DCB"/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6AE2B" w14:textId="77777777" w:rsidR="001E3DCB" w:rsidRPr="001E3DCB" w:rsidRDefault="001E3DCB" w:rsidP="001E3DCB"/>
        </w:tc>
      </w:tr>
      <w:tr w:rsidR="001E3DCB" w:rsidRPr="001E3DCB" w14:paraId="2FD82DD6" w14:textId="77777777" w:rsidTr="00615B4D">
        <w:trPr>
          <w:cantSplit/>
          <w:jc w:val="center"/>
        </w:trPr>
        <w:tc>
          <w:tcPr>
            <w:tcW w:w="93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4058B" w14:textId="77777777" w:rsidR="001E3DCB" w:rsidRPr="001E3DCB" w:rsidRDefault="001E3DCB" w:rsidP="001E3DCB"/>
        </w:tc>
        <w:tc>
          <w:tcPr>
            <w:tcW w:w="187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256B2E" w14:textId="77777777" w:rsidR="001E3DCB" w:rsidRPr="001E3DCB" w:rsidRDefault="001E3DCB" w:rsidP="001E3DCB"/>
        </w:tc>
        <w:tc>
          <w:tcPr>
            <w:tcW w:w="864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8D9AB4" w14:textId="77777777" w:rsidR="001E3DCB" w:rsidRPr="001E3DCB" w:rsidRDefault="001E3DCB" w:rsidP="001E3DCB"/>
        </w:tc>
        <w:tc>
          <w:tcPr>
            <w:tcW w:w="115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74C0CF" w14:textId="77777777" w:rsidR="001E3DCB" w:rsidRPr="001E3DCB" w:rsidRDefault="001E3DCB" w:rsidP="001E3DCB"/>
        </w:tc>
        <w:tc>
          <w:tcPr>
            <w:tcW w:w="93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15A1BB" w14:textId="77777777" w:rsidR="001E3DCB" w:rsidRPr="001E3DCB" w:rsidRDefault="001E3DCB" w:rsidP="001E3DCB"/>
        </w:tc>
        <w:tc>
          <w:tcPr>
            <w:tcW w:w="115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A8FA6" w14:textId="77777777" w:rsidR="001E3DCB" w:rsidRPr="001E3DCB" w:rsidRDefault="001E3DCB" w:rsidP="001E3DCB"/>
        </w:tc>
        <w:tc>
          <w:tcPr>
            <w:tcW w:w="2880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5B1F0" w14:textId="77777777" w:rsidR="001E3DCB" w:rsidRPr="001E3DCB" w:rsidRDefault="001E3DCB" w:rsidP="001E3DCB"/>
        </w:tc>
      </w:tr>
      <w:tr w:rsidR="001E3DCB" w:rsidRPr="001E3DCB" w14:paraId="3C4BF62B" w14:textId="77777777" w:rsidTr="00615B4D">
        <w:trPr>
          <w:cantSplit/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348EE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1924C" w14:textId="77777777" w:rsidR="001E3DCB" w:rsidRPr="001E3DCB" w:rsidRDefault="001E3DCB" w:rsidP="001E3DCB"/>
        </w:tc>
        <w:tc>
          <w:tcPr>
            <w:tcW w:w="86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866485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CB2646" w14:textId="77777777" w:rsidR="001E3DCB" w:rsidRPr="001E3DCB" w:rsidRDefault="001E3DCB" w:rsidP="001E3DCB"/>
        </w:tc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80ABF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10786" w14:textId="77777777" w:rsidR="001E3DCB" w:rsidRPr="001E3DCB" w:rsidRDefault="001E3DCB" w:rsidP="001E3DCB"/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A53C0" w14:textId="77777777" w:rsidR="001E3DCB" w:rsidRPr="001E3DCB" w:rsidRDefault="001E3DCB" w:rsidP="001E3DCB"/>
        </w:tc>
      </w:tr>
      <w:tr w:rsidR="001E3DCB" w:rsidRPr="001E3DCB" w14:paraId="214E6CEF" w14:textId="77777777" w:rsidTr="00615B4D">
        <w:trPr>
          <w:cantSplit/>
          <w:jc w:val="center"/>
        </w:trPr>
        <w:tc>
          <w:tcPr>
            <w:tcW w:w="93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FAE8E" w14:textId="77777777" w:rsidR="001E3DCB" w:rsidRPr="001E3DCB" w:rsidRDefault="001E3DCB" w:rsidP="001E3DCB"/>
        </w:tc>
        <w:tc>
          <w:tcPr>
            <w:tcW w:w="187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85CBF" w14:textId="77777777" w:rsidR="001E3DCB" w:rsidRPr="001E3DCB" w:rsidRDefault="001E3DCB" w:rsidP="001E3DCB"/>
        </w:tc>
        <w:tc>
          <w:tcPr>
            <w:tcW w:w="864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1AD917" w14:textId="77777777" w:rsidR="001E3DCB" w:rsidRPr="001E3DCB" w:rsidRDefault="001E3DCB" w:rsidP="001E3DCB"/>
        </w:tc>
        <w:tc>
          <w:tcPr>
            <w:tcW w:w="115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708B2" w14:textId="77777777" w:rsidR="001E3DCB" w:rsidRPr="001E3DCB" w:rsidRDefault="001E3DCB" w:rsidP="001E3DCB"/>
        </w:tc>
        <w:tc>
          <w:tcPr>
            <w:tcW w:w="936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E55720" w14:textId="77777777" w:rsidR="001E3DCB" w:rsidRPr="001E3DCB" w:rsidRDefault="001E3DCB" w:rsidP="001E3DCB"/>
        </w:tc>
        <w:tc>
          <w:tcPr>
            <w:tcW w:w="1152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4C44E2" w14:textId="77777777" w:rsidR="001E3DCB" w:rsidRPr="001E3DCB" w:rsidRDefault="001E3DCB" w:rsidP="001E3DCB"/>
        </w:tc>
        <w:tc>
          <w:tcPr>
            <w:tcW w:w="2880" w:type="dxa"/>
            <w:shd w:val="clear" w:color="auto" w:fill="F1F4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FB7F46" w14:textId="77777777" w:rsidR="001E3DCB" w:rsidRPr="001E3DCB" w:rsidRDefault="001E3DCB" w:rsidP="001E3DCB"/>
        </w:tc>
      </w:tr>
      <w:tr w:rsidR="001E3DCB" w:rsidRPr="001E3DCB" w14:paraId="03F519CF" w14:textId="77777777" w:rsidTr="00615B4D">
        <w:trPr>
          <w:cantSplit/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B5D1C2" w14:textId="77777777" w:rsidR="001E3DCB" w:rsidRPr="001E3DCB" w:rsidRDefault="001E3DCB" w:rsidP="001E3DCB"/>
        </w:tc>
        <w:tc>
          <w:tcPr>
            <w:tcW w:w="187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CDD83" w14:textId="77777777" w:rsidR="001E3DCB" w:rsidRPr="001E3DCB" w:rsidRDefault="001E3DCB" w:rsidP="001E3DCB"/>
        </w:tc>
        <w:tc>
          <w:tcPr>
            <w:tcW w:w="86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AC2DC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2245A" w14:textId="77777777" w:rsidR="001E3DCB" w:rsidRPr="001E3DCB" w:rsidRDefault="001E3DCB" w:rsidP="001E3DCB"/>
        </w:tc>
        <w:tc>
          <w:tcPr>
            <w:tcW w:w="93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994D8A" w14:textId="77777777" w:rsidR="001E3DCB" w:rsidRPr="001E3DCB" w:rsidRDefault="001E3DCB" w:rsidP="001E3DCB"/>
        </w:tc>
        <w:tc>
          <w:tcPr>
            <w:tcW w:w="115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06D7E" w14:textId="77777777" w:rsidR="001E3DCB" w:rsidRPr="001E3DCB" w:rsidRDefault="001E3DCB" w:rsidP="001E3DCB"/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543C1" w14:textId="77777777" w:rsidR="001E3DCB" w:rsidRPr="001E3DCB" w:rsidRDefault="001E3DCB" w:rsidP="001E3DCB"/>
        </w:tc>
      </w:tr>
    </w:tbl>
    <w:p w14:paraId="6CEBD3BE" w14:textId="77777777" w:rsidR="001E3DCB" w:rsidRPr="001E3DCB" w:rsidRDefault="001E3DCB" w:rsidP="001E3DCB"/>
    <w:p w14:paraId="2E270D0C" w14:textId="77777777" w:rsidR="001E3DCB" w:rsidRPr="001E3DCB" w:rsidRDefault="001E3DCB" w:rsidP="001E3DCB">
      <w:r w:rsidRPr="001E3DCB">
        <w:rPr>
          <w:b/>
        </w:rPr>
        <w:t>VALOR TOTAL DO PROJETO: R$ __________________</w:t>
      </w:r>
    </w:p>
    <w:p w14:paraId="2B2C43ED" w14:textId="77777777" w:rsidR="001E3DCB" w:rsidRPr="001E3DCB" w:rsidRDefault="001E3DCB" w:rsidP="001E3DCB">
      <w:r w:rsidRPr="001E3DCB">
        <w:t>Bens permanentes previstos, quando houver: ____________________________________. Justificativa para aquisição e destinação cultural: ____________________________________. A titularidade observará o item 6.3.3 e o TEC aprovado.</w:t>
      </w:r>
    </w:p>
    <w:p w14:paraId="03E1E5FC" w14:textId="77777777" w:rsidR="001E3DCB" w:rsidRPr="001E3DCB" w:rsidRDefault="001E3DCB" w:rsidP="001E3DCB"/>
    <w:sectPr w:rsidR="001E3DCB" w:rsidRPr="001E3DCB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C2E9" w14:textId="77777777" w:rsidR="006C5BB7" w:rsidRDefault="006C5BB7">
      <w:pPr>
        <w:spacing w:after="0" w:line="240" w:lineRule="auto"/>
      </w:pPr>
      <w:r>
        <w:separator/>
      </w:r>
    </w:p>
  </w:endnote>
  <w:endnote w:type="continuationSeparator" w:id="0">
    <w:p w14:paraId="5ABD68FC" w14:textId="77777777" w:rsidR="006C5BB7" w:rsidRDefault="006C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80246" w14:textId="77777777" w:rsidR="006C5BB7" w:rsidRDefault="006C5BB7">
      <w:pPr>
        <w:spacing w:after="0" w:line="240" w:lineRule="auto"/>
      </w:pPr>
      <w:r>
        <w:separator/>
      </w:r>
    </w:p>
  </w:footnote>
  <w:footnote w:type="continuationSeparator" w:id="0">
    <w:p w14:paraId="1C33FB9E" w14:textId="77777777" w:rsidR="006C5BB7" w:rsidRDefault="006C5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6063C"/>
    <w:rsid w:val="000E0E05"/>
    <w:rsid w:val="000F1F66"/>
    <w:rsid w:val="0015074B"/>
    <w:rsid w:val="00184CA3"/>
    <w:rsid w:val="00194854"/>
    <w:rsid w:val="001A1713"/>
    <w:rsid w:val="001E3DCB"/>
    <w:rsid w:val="001F180E"/>
    <w:rsid w:val="00210AC8"/>
    <w:rsid w:val="002155E1"/>
    <w:rsid w:val="002554FE"/>
    <w:rsid w:val="002571F5"/>
    <w:rsid w:val="00286DD1"/>
    <w:rsid w:val="0029639D"/>
    <w:rsid w:val="0030450E"/>
    <w:rsid w:val="00326F90"/>
    <w:rsid w:val="00331AF8"/>
    <w:rsid w:val="00381FB9"/>
    <w:rsid w:val="003C729C"/>
    <w:rsid w:val="003E271B"/>
    <w:rsid w:val="003E43DA"/>
    <w:rsid w:val="00406B09"/>
    <w:rsid w:val="004A2AF9"/>
    <w:rsid w:val="004E4BF4"/>
    <w:rsid w:val="005A2CDB"/>
    <w:rsid w:val="005B2D73"/>
    <w:rsid w:val="005C3D98"/>
    <w:rsid w:val="00664FF5"/>
    <w:rsid w:val="006B1AD7"/>
    <w:rsid w:val="006C5BB7"/>
    <w:rsid w:val="00746819"/>
    <w:rsid w:val="008323EE"/>
    <w:rsid w:val="008D6D4E"/>
    <w:rsid w:val="008E258B"/>
    <w:rsid w:val="00921FD4"/>
    <w:rsid w:val="009424B6"/>
    <w:rsid w:val="009478E2"/>
    <w:rsid w:val="009578B1"/>
    <w:rsid w:val="0097257B"/>
    <w:rsid w:val="00992C7A"/>
    <w:rsid w:val="00A0234B"/>
    <w:rsid w:val="00A030A1"/>
    <w:rsid w:val="00A07D26"/>
    <w:rsid w:val="00A4464D"/>
    <w:rsid w:val="00A47886"/>
    <w:rsid w:val="00AA1D8D"/>
    <w:rsid w:val="00AC5250"/>
    <w:rsid w:val="00B437B1"/>
    <w:rsid w:val="00B47730"/>
    <w:rsid w:val="00BB42CE"/>
    <w:rsid w:val="00C61093"/>
    <w:rsid w:val="00CB0664"/>
    <w:rsid w:val="00CB099D"/>
    <w:rsid w:val="00CB12E6"/>
    <w:rsid w:val="00D975DF"/>
    <w:rsid w:val="00DD47A3"/>
    <w:rsid w:val="00E06CCF"/>
    <w:rsid w:val="00E337A7"/>
    <w:rsid w:val="00EE1409"/>
    <w:rsid w:val="00EE6839"/>
    <w:rsid w:val="00FA0F43"/>
    <w:rsid w:val="00FA7FBC"/>
    <w:rsid w:val="00FC693F"/>
    <w:rsid w:val="00FD453C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2440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5</cp:revision>
  <cp:lastPrinted>2026-10-21T16:03:00Z</cp:lastPrinted>
  <dcterms:created xsi:type="dcterms:W3CDTF">2026-10-21T16:09:00Z</dcterms:created>
  <dcterms:modified xsi:type="dcterms:W3CDTF">2026-10-22T16:02:00Z</dcterms:modified>
  <cp:category/>
</cp:coreProperties>
</file>