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57C265" w14:textId="716EF010" w:rsidR="00D07EFB" w:rsidRDefault="00D07EFB" w:rsidP="00D07EFB">
      <w:pPr>
        <w:rPr>
          <w:b/>
          <w:bCs/>
          <w:sz w:val="24"/>
          <w:szCs w:val="24"/>
        </w:rPr>
      </w:pPr>
    </w:p>
    <w:p w14:paraId="47FC79B1" w14:textId="3BD55A16" w:rsidR="00D07EFB" w:rsidRDefault="00D07EFB" w:rsidP="00D07EFB">
      <w:pPr>
        <w:rPr>
          <w:b/>
          <w:bCs/>
          <w:sz w:val="24"/>
          <w:szCs w:val="24"/>
        </w:rPr>
      </w:pPr>
    </w:p>
    <w:p w14:paraId="4D67AA19" w14:textId="5FF51868" w:rsidR="00D07EFB" w:rsidRPr="00D07EFB" w:rsidRDefault="00D07EFB" w:rsidP="00D07EFB">
      <w:pPr>
        <w:jc w:val="center"/>
        <w:rPr>
          <w:b/>
          <w:bCs/>
          <w:sz w:val="24"/>
          <w:szCs w:val="24"/>
        </w:rPr>
      </w:pPr>
      <w:r w:rsidRPr="00D07EFB">
        <w:rPr>
          <w:b/>
          <w:bCs/>
          <w:sz w:val="24"/>
          <w:szCs w:val="24"/>
        </w:rPr>
        <w:t xml:space="preserve">ANEXO VI </w:t>
      </w:r>
      <w:r w:rsidR="000D79C7">
        <w:rPr>
          <w:b/>
          <w:bCs/>
          <w:sz w:val="24"/>
          <w:szCs w:val="24"/>
        </w:rPr>
        <w:t xml:space="preserve">- </w:t>
      </w:r>
      <w:r w:rsidRPr="00D07EFB">
        <w:rPr>
          <w:b/>
          <w:bCs/>
          <w:sz w:val="24"/>
          <w:szCs w:val="24"/>
        </w:rPr>
        <w:t>RELATÓRIO DE OBJETO DA EXECUÇÃO CULTURAL</w:t>
      </w:r>
    </w:p>
    <w:p w14:paraId="24C37BDA" w14:textId="77777777" w:rsidR="00B04E2B" w:rsidRDefault="00B04E2B" w:rsidP="00D07EFB">
      <w:pPr>
        <w:jc w:val="center"/>
        <w:rPr>
          <w:sz w:val="24"/>
          <w:szCs w:val="24"/>
        </w:rPr>
      </w:pPr>
    </w:p>
    <w:p w14:paraId="1CF56736" w14:textId="5AB31F45" w:rsidR="00D07EFB" w:rsidRPr="00D07EFB" w:rsidRDefault="00D07EFB" w:rsidP="00D07EFB">
      <w:pPr>
        <w:jc w:val="center"/>
        <w:rPr>
          <w:b/>
          <w:bCs/>
          <w:sz w:val="24"/>
          <w:szCs w:val="24"/>
        </w:rPr>
      </w:pPr>
      <w:r w:rsidRPr="00D07EFB">
        <w:rPr>
          <w:sz w:val="24"/>
          <w:szCs w:val="24"/>
        </w:rPr>
        <w:t>Chamamento Público nº 01/2026</w:t>
      </w:r>
    </w:p>
    <w:p w14:paraId="0D854C33" w14:textId="77777777" w:rsidR="00D07EFB" w:rsidRPr="00D07EFB" w:rsidRDefault="00D07EFB" w:rsidP="00D07EFB">
      <w:pPr>
        <w:jc w:val="center"/>
        <w:rPr>
          <w:b/>
          <w:bCs/>
          <w:sz w:val="24"/>
          <w:szCs w:val="24"/>
        </w:rPr>
      </w:pPr>
      <w:r w:rsidRPr="00D07EFB">
        <w:rPr>
          <w:b/>
          <w:bCs/>
          <w:sz w:val="24"/>
          <w:szCs w:val="24"/>
        </w:rPr>
        <w:t>Processo nº 134/2026</w:t>
      </w:r>
    </w:p>
    <w:p w14:paraId="4DC9023D" w14:textId="77777777" w:rsidR="00D07EFB" w:rsidRPr="00D07EFB" w:rsidRDefault="00D07EFB" w:rsidP="00D07EFB">
      <w:pPr>
        <w:jc w:val="center"/>
        <w:rPr>
          <w:b/>
          <w:bCs/>
          <w:sz w:val="24"/>
          <w:szCs w:val="24"/>
        </w:rPr>
      </w:pPr>
      <w:r w:rsidRPr="00D07EFB">
        <w:rPr>
          <w:sz w:val="24"/>
          <w:szCs w:val="24"/>
        </w:rPr>
        <w:t>PNAB Ciclo 2 • Silveiras 2026</w:t>
      </w:r>
    </w:p>
    <w:p w14:paraId="3367C377" w14:textId="77777777" w:rsidR="00D07EFB" w:rsidRDefault="00D07EFB" w:rsidP="00D07EFB"/>
    <w:p w14:paraId="2B1CAE71" w14:textId="77777777" w:rsidR="00B04E2B" w:rsidRDefault="00B04E2B" w:rsidP="00D07EFB"/>
    <w:p w14:paraId="2BF7C0FB" w14:textId="77777777" w:rsidR="00B04E2B" w:rsidRPr="00D07EFB" w:rsidRDefault="00B04E2B" w:rsidP="00D07EFB"/>
    <w:p w14:paraId="2EC275E3" w14:textId="77777777" w:rsidR="00D07EFB" w:rsidRPr="00D07EFB" w:rsidRDefault="00D07EFB" w:rsidP="00D07EFB">
      <w:pPr>
        <w:rPr>
          <w:b/>
          <w:bCs/>
        </w:rPr>
      </w:pPr>
      <w:r w:rsidRPr="00D07EFB">
        <w:rPr>
          <w:b/>
          <w:bCs/>
        </w:rPr>
        <w:t>1. DADOS</w:t>
      </w:r>
    </w:p>
    <w:p w14:paraId="75314E24" w14:textId="77777777" w:rsidR="00D07EFB" w:rsidRPr="00D07EFB" w:rsidRDefault="00D07EFB" w:rsidP="00D07EFB">
      <w:r w:rsidRPr="00D07EFB">
        <w:t>Projeto: _______________________________________________</w:t>
      </w:r>
    </w:p>
    <w:p w14:paraId="7F8FC29F" w14:textId="77777777" w:rsidR="00D07EFB" w:rsidRPr="00D07EFB" w:rsidRDefault="00D07EFB" w:rsidP="00D07EFB">
      <w:r w:rsidRPr="00D07EFB">
        <w:t>Agente cultural: _________________________________________</w:t>
      </w:r>
    </w:p>
    <w:p w14:paraId="492A3E3B" w14:textId="77777777" w:rsidR="00D07EFB" w:rsidRPr="00D07EFB" w:rsidRDefault="00D07EFB" w:rsidP="00D07EFB">
      <w:r w:rsidRPr="00D07EFB">
        <w:t>Termo nº: ______________________________________________</w:t>
      </w:r>
    </w:p>
    <w:p w14:paraId="74A229A2" w14:textId="77777777" w:rsidR="00D07EFB" w:rsidRPr="00D07EFB" w:rsidRDefault="00D07EFB" w:rsidP="00D07EFB">
      <w:r w:rsidRPr="00D07EFB">
        <w:t>Valor recebido: __________________________________________</w:t>
      </w:r>
    </w:p>
    <w:p w14:paraId="0C2421A4" w14:textId="77777777" w:rsidR="00D07EFB" w:rsidRPr="00D07EFB" w:rsidRDefault="00D07EFB" w:rsidP="00D07EFB">
      <w:r w:rsidRPr="00D07EFB">
        <w:t>Período de execução: ____________________________________</w:t>
      </w:r>
    </w:p>
    <w:p w14:paraId="612B58BB" w14:textId="77777777" w:rsidR="00D07EFB" w:rsidRPr="00D07EFB" w:rsidRDefault="00D07EFB" w:rsidP="00D07EFB">
      <w:r w:rsidRPr="00D07EFB">
        <w:t>Prazo de entrega deste relatório: até trinta dias corridos do fim da vigência do TEC, coincidente com o término da execução, observado o item 12.3 e a prorrogação de vencimento do item 3.4.1 do Edital.</w:t>
      </w:r>
    </w:p>
    <w:p w14:paraId="56F7FB10" w14:textId="77777777" w:rsidR="00D07EFB" w:rsidRPr="00D07EFB" w:rsidRDefault="00D07EFB" w:rsidP="00D07EFB">
      <w:pPr>
        <w:rPr>
          <w:b/>
          <w:bCs/>
        </w:rPr>
      </w:pPr>
      <w:r w:rsidRPr="00D07EFB">
        <w:rPr>
          <w:b/>
          <w:bCs/>
        </w:rPr>
        <w:t>2. RESUMO DA EXECUÇÃO</w:t>
      </w:r>
    </w:p>
    <w:p w14:paraId="02677BB1" w14:textId="77777777" w:rsidR="00D07EFB" w:rsidRPr="00D07EFB" w:rsidRDefault="00D07EFB" w:rsidP="00D07EFB"/>
    <w:p w14:paraId="5700F7D6" w14:textId="77777777" w:rsidR="00D07EFB" w:rsidRPr="00D07EFB" w:rsidRDefault="00D07EFB" w:rsidP="00D07EFB">
      <w:pPr>
        <w:rPr>
          <w:b/>
          <w:bCs/>
        </w:rPr>
      </w:pPr>
      <w:r w:rsidRPr="00D07EFB">
        <w:rPr>
          <w:b/>
          <w:bCs/>
        </w:rPr>
        <w:t>3. AÇÕES PREVISTAS</w:t>
      </w:r>
    </w:p>
    <w:p w14:paraId="5B30B1F9" w14:textId="77777777" w:rsidR="00D07EFB" w:rsidRPr="00D07EFB" w:rsidRDefault="00D07EFB" w:rsidP="00D07EFB">
      <w:proofErr w:type="gramStart"/>
      <w:r w:rsidRPr="00D07EFB">
        <w:t>( )</w:t>
      </w:r>
      <w:proofErr w:type="gramEnd"/>
      <w:r w:rsidRPr="00D07EFB">
        <w:t xml:space="preserve"> Todas foram realizadas conforme previsto.</w:t>
      </w:r>
    </w:p>
    <w:p w14:paraId="76287725" w14:textId="77777777" w:rsidR="00D07EFB" w:rsidRPr="00D07EFB" w:rsidRDefault="00D07EFB" w:rsidP="00D07EFB">
      <w:proofErr w:type="gramStart"/>
      <w:r w:rsidRPr="00D07EFB">
        <w:t>( )</w:t>
      </w:r>
      <w:proofErr w:type="gramEnd"/>
      <w:r w:rsidRPr="00D07EFB">
        <w:t xml:space="preserve"> Foram realizadas com adaptações.</w:t>
      </w:r>
    </w:p>
    <w:p w14:paraId="096FB08B" w14:textId="77777777" w:rsidR="00D07EFB" w:rsidRPr="00D07EFB" w:rsidRDefault="00D07EFB" w:rsidP="00D07EFB">
      <w:proofErr w:type="gramStart"/>
      <w:r w:rsidRPr="00D07EFB">
        <w:t>( )</w:t>
      </w:r>
      <w:proofErr w:type="gramEnd"/>
      <w:r w:rsidRPr="00D07EFB">
        <w:t xml:space="preserve"> Parte das ações não foi realizada.</w:t>
      </w:r>
    </w:p>
    <w:p w14:paraId="1CD47FC4" w14:textId="77777777" w:rsidR="00D07EFB" w:rsidRPr="00D07EFB" w:rsidRDefault="00D07EFB" w:rsidP="00D07EFB">
      <w:proofErr w:type="gramStart"/>
      <w:r w:rsidRPr="00D07EFB">
        <w:t>( )</w:t>
      </w:r>
      <w:proofErr w:type="gramEnd"/>
      <w:r w:rsidRPr="00D07EFB">
        <w:t xml:space="preserve"> O projeto não foi realizado integralmente.</w:t>
      </w:r>
    </w:p>
    <w:p w14:paraId="1F364FAE" w14:textId="77777777" w:rsidR="00D07EFB" w:rsidRPr="00D07EFB" w:rsidRDefault="00D07EFB" w:rsidP="00D07EFB">
      <w:r w:rsidRPr="00D07EFB">
        <w:t>Explique:</w:t>
      </w:r>
    </w:p>
    <w:p w14:paraId="019B9903" w14:textId="77777777" w:rsidR="00D07EFB" w:rsidRPr="00D07EFB" w:rsidRDefault="00D07EFB" w:rsidP="00D07EFB"/>
    <w:p w14:paraId="4949B08D" w14:textId="77777777" w:rsidR="00D07EFB" w:rsidRPr="00D07EFB" w:rsidRDefault="00D07EFB" w:rsidP="00D07EFB">
      <w:pPr>
        <w:rPr>
          <w:b/>
          <w:bCs/>
        </w:rPr>
      </w:pPr>
      <w:r w:rsidRPr="00D07EFB">
        <w:rPr>
          <w:b/>
          <w:bCs/>
        </w:rPr>
        <w:t>4. METAS</w:t>
      </w:r>
    </w:p>
    <w:p w14:paraId="2B06EE5C" w14:textId="77777777" w:rsidR="00D07EFB" w:rsidRPr="00D07EFB" w:rsidRDefault="00D07EFB" w:rsidP="00D07EFB">
      <w:pPr>
        <w:rPr>
          <w:b/>
          <w:bCs/>
        </w:rPr>
      </w:pPr>
      <w:r w:rsidRPr="00D07EFB">
        <w:rPr>
          <w:b/>
          <w:bCs/>
        </w:rPr>
        <w:t>Metas integralmente cumpridas</w:t>
      </w:r>
    </w:p>
    <w:p w14:paraId="43F31C42" w14:textId="77777777" w:rsidR="00D07EFB" w:rsidRPr="00D07EFB" w:rsidRDefault="00D07EFB" w:rsidP="00D07EFB">
      <w:r w:rsidRPr="00D07EFB">
        <w:t>Meta: __________________________________________________</w:t>
      </w:r>
    </w:p>
    <w:p w14:paraId="608FEBD6" w14:textId="77777777" w:rsidR="00D07EFB" w:rsidRPr="00D07EFB" w:rsidRDefault="00D07EFB" w:rsidP="00D07EFB">
      <w:r w:rsidRPr="00D07EFB">
        <w:t>Resultado: ______________________________________________</w:t>
      </w:r>
    </w:p>
    <w:p w14:paraId="0C57651C" w14:textId="77777777" w:rsidR="00D07EFB" w:rsidRPr="00D07EFB" w:rsidRDefault="00D07EFB" w:rsidP="00D07EFB">
      <w:pPr>
        <w:rPr>
          <w:b/>
          <w:bCs/>
        </w:rPr>
      </w:pPr>
      <w:r w:rsidRPr="00D07EFB">
        <w:rPr>
          <w:b/>
          <w:bCs/>
        </w:rPr>
        <w:t>Metas parcialmente cumpridas</w:t>
      </w:r>
    </w:p>
    <w:p w14:paraId="0FCE9A06" w14:textId="77777777" w:rsidR="00D07EFB" w:rsidRPr="00D07EFB" w:rsidRDefault="00D07EFB" w:rsidP="00D07EFB">
      <w:r w:rsidRPr="00D07EFB">
        <w:t>Meta: __________________________________________________</w:t>
      </w:r>
    </w:p>
    <w:p w14:paraId="03F78A29" w14:textId="77777777" w:rsidR="00D07EFB" w:rsidRPr="00D07EFB" w:rsidRDefault="00D07EFB" w:rsidP="00D07EFB">
      <w:r w:rsidRPr="00D07EFB">
        <w:t>Parte cumprida: __________________________________________</w:t>
      </w:r>
    </w:p>
    <w:p w14:paraId="4A7C004A" w14:textId="77777777" w:rsidR="00D07EFB" w:rsidRPr="00D07EFB" w:rsidRDefault="00D07EFB" w:rsidP="00D07EFB">
      <w:r w:rsidRPr="00D07EFB">
        <w:t>Justificativa: ____________________________________________</w:t>
      </w:r>
    </w:p>
    <w:p w14:paraId="1223F5F8" w14:textId="77777777" w:rsidR="00D07EFB" w:rsidRPr="00D07EFB" w:rsidRDefault="00D07EFB" w:rsidP="00D07EFB">
      <w:pPr>
        <w:rPr>
          <w:b/>
          <w:bCs/>
        </w:rPr>
      </w:pPr>
      <w:r w:rsidRPr="00D07EFB">
        <w:rPr>
          <w:b/>
          <w:bCs/>
        </w:rPr>
        <w:t>Metas não cumpridas</w:t>
      </w:r>
    </w:p>
    <w:p w14:paraId="089FF1D4" w14:textId="77777777" w:rsidR="00D07EFB" w:rsidRPr="00D07EFB" w:rsidRDefault="00D07EFB" w:rsidP="00D07EFB">
      <w:r w:rsidRPr="00D07EFB">
        <w:t>Meta: __________________________________________________</w:t>
      </w:r>
    </w:p>
    <w:p w14:paraId="7B0D1779" w14:textId="77777777" w:rsidR="00D07EFB" w:rsidRPr="00D07EFB" w:rsidRDefault="00D07EFB" w:rsidP="00D07EFB">
      <w:r w:rsidRPr="00D07EFB">
        <w:t>Justificativa: ____________________________________________</w:t>
      </w:r>
    </w:p>
    <w:p w14:paraId="404A6568" w14:textId="77777777" w:rsidR="00D07EFB" w:rsidRPr="00D07EFB" w:rsidRDefault="00D07EFB" w:rsidP="00D07EFB">
      <w:pPr>
        <w:rPr>
          <w:b/>
          <w:bCs/>
        </w:rPr>
      </w:pPr>
      <w:r w:rsidRPr="00D07EFB">
        <w:rPr>
          <w:b/>
          <w:bCs/>
        </w:rPr>
        <w:t>5. PÚBLICO</w:t>
      </w:r>
    </w:p>
    <w:p w14:paraId="012128B7" w14:textId="77777777" w:rsidR="00D07EFB" w:rsidRPr="00D07EFB" w:rsidRDefault="00D07EFB" w:rsidP="00D07EFB">
      <w:r w:rsidRPr="00D07EFB">
        <w:t>Quantidade prevista: __________</w:t>
      </w:r>
    </w:p>
    <w:p w14:paraId="7023B777" w14:textId="77777777" w:rsidR="00D07EFB" w:rsidRPr="00D07EFB" w:rsidRDefault="00D07EFB" w:rsidP="00D07EFB">
      <w:r w:rsidRPr="00D07EFB">
        <w:lastRenderedPageBreak/>
        <w:t>Quantidade alcançada: _________</w:t>
      </w:r>
    </w:p>
    <w:p w14:paraId="254238E9" w14:textId="77777777" w:rsidR="00D07EFB" w:rsidRPr="00D07EFB" w:rsidRDefault="00D07EFB" w:rsidP="00D07EFB">
      <w:r w:rsidRPr="00D07EFB">
        <w:t>Perfil do público: ________________________________________</w:t>
      </w:r>
    </w:p>
    <w:p w14:paraId="788DF837" w14:textId="77777777" w:rsidR="00D07EFB" w:rsidRPr="00D07EFB" w:rsidRDefault="00D07EFB" w:rsidP="00D07EFB">
      <w:pPr>
        <w:rPr>
          <w:b/>
          <w:bCs/>
        </w:rPr>
      </w:pPr>
      <w:r w:rsidRPr="00D07EFB">
        <w:rPr>
          <w:b/>
          <w:bCs/>
        </w:rPr>
        <w:t>6. PRODUTOS GERADOS</w:t>
      </w:r>
    </w:p>
    <w:p w14:paraId="7978514F" w14:textId="77777777" w:rsidR="00D07EFB" w:rsidRPr="00D07EFB" w:rsidRDefault="00D07EFB" w:rsidP="00D07EFB">
      <w:proofErr w:type="gramStart"/>
      <w:r w:rsidRPr="00D07EFB">
        <w:t>( )</w:t>
      </w:r>
      <w:proofErr w:type="gramEnd"/>
      <w:r w:rsidRPr="00D07EFB">
        <w:t xml:space="preserve"> Vídeo</w:t>
      </w:r>
    </w:p>
    <w:p w14:paraId="17D4434E" w14:textId="77777777" w:rsidR="00D07EFB" w:rsidRPr="00D07EFB" w:rsidRDefault="00D07EFB" w:rsidP="00D07EFB">
      <w:proofErr w:type="gramStart"/>
      <w:r w:rsidRPr="00D07EFB">
        <w:t>( )</w:t>
      </w:r>
      <w:proofErr w:type="gramEnd"/>
      <w:r w:rsidRPr="00D07EFB">
        <w:t xml:space="preserve"> Documentário</w:t>
      </w:r>
    </w:p>
    <w:p w14:paraId="4526C7B3" w14:textId="77777777" w:rsidR="00D07EFB" w:rsidRPr="00D07EFB" w:rsidRDefault="00D07EFB" w:rsidP="00D07EFB">
      <w:proofErr w:type="gramStart"/>
      <w:r w:rsidRPr="00D07EFB">
        <w:t>( )</w:t>
      </w:r>
      <w:proofErr w:type="gramEnd"/>
      <w:r w:rsidRPr="00D07EFB">
        <w:t xml:space="preserve"> Música</w:t>
      </w:r>
    </w:p>
    <w:p w14:paraId="7BC7F8FD" w14:textId="77777777" w:rsidR="00D07EFB" w:rsidRPr="00D07EFB" w:rsidRDefault="00D07EFB" w:rsidP="00D07EFB">
      <w:proofErr w:type="gramStart"/>
      <w:r w:rsidRPr="00D07EFB">
        <w:t>( )</w:t>
      </w:r>
      <w:proofErr w:type="gramEnd"/>
      <w:r w:rsidRPr="00D07EFB">
        <w:t xml:space="preserve"> Publicação</w:t>
      </w:r>
    </w:p>
    <w:p w14:paraId="41A7EF61" w14:textId="77777777" w:rsidR="00D07EFB" w:rsidRPr="00D07EFB" w:rsidRDefault="00D07EFB" w:rsidP="00D07EFB">
      <w:proofErr w:type="gramStart"/>
      <w:r w:rsidRPr="00D07EFB">
        <w:t>( )</w:t>
      </w:r>
      <w:proofErr w:type="gramEnd"/>
      <w:r w:rsidRPr="00D07EFB">
        <w:t xml:space="preserve"> Artesanato</w:t>
      </w:r>
    </w:p>
    <w:p w14:paraId="6297449D" w14:textId="77777777" w:rsidR="00D07EFB" w:rsidRPr="00D07EFB" w:rsidRDefault="00D07EFB" w:rsidP="00D07EFB">
      <w:proofErr w:type="gramStart"/>
      <w:r w:rsidRPr="00D07EFB">
        <w:t>( )</w:t>
      </w:r>
      <w:proofErr w:type="gramEnd"/>
      <w:r w:rsidRPr="00D07EFB">
        <w:t xml:space="preserve"> Espetáculo</w:t>
      </w:r>
    </w:p>
    <w:p w14:paraId="603015D9" w14:textId="77777777" w:rsidR="00D07EFB" w:rsidRPr="00D07EFB" w:rsidRDefault="00D07EFB" w:rsidP="00D07EFB">
      <w:proofErr w:type="gramStart"/>
      <w:r w:rsidRPr="00D07EFB">
        <w:t>( )</w:t>
      </w:r>
      <w:proofErr w:type="gramEnd"/>
      <w:r w:rsidRPr="00D07EFB">
        <w:t xml:space="preserve"> Show</w:t>
      </w:r>
    </w:p>
    <w:p w14:paraId="2FC3055E" w14:textId="77777777" w:rsidR="00D07EFB" w:rsidRPr="00D07EFB" w:rsidRDefault="00D07EFB" w:rsidP="00D07EFB">
      <w:proofErr w:type="gramStart"/>
      <w:r w:rsidRPr="00D07EFB">
        <w:t>( )</w:t>
      </w:r>
      <w:proofErr w:type="gramEnd"/>
      <w:r w:rsidRPr="00D07EFB">
        <w:t xml:space="preserve"> Exposição</w:t>
      </w:r>
    </w:p>
    <w:p w14:paraId="67B1B153" w14:textId="77777777" w:rsidR="00D07EFB" w:rsidRPr="00D07EFB" w:rsidRDefault="00D07EFB" w:rsidP="00D07EFB">
      <w:proofErr w:type="gramStart"/>
      <w:r w:rsidRPr="00D07EFB">
        <w:t>( )</w:t>
      </w:r>
      <w:proofErr w:type="gramEnd"/>
      <w:r w:rsidRPr="00D07EFB">
        <w:t xml:space="preserve"> Oficina/material educativo</w:t>
      </w:r>
    </w:p>
    <w:p w14:paraId="26ECB69D" w14:textId="77777777" w:rsidR="00D07EFB" w:rsidRPr="00D07EFB" w:rsidRDefault="00D07EFB" w:rsidP="00D07EFB">
      <w:proofErr w:type="gramStart"/>
      <w:r w:rsidRPr="00D07EFB">
        <w:t>( )</w:t>
      </w:r>
      <w:proofErr w:type="gramEnd"/>
      <w:r w:rsidRPr="00D07EFB">
        <w:t xml:space="preserve"> Fotografia/acervo</w:t>
      </w:r>
    </w:p>
    <w:p w14:paraId="6226695E" w14:textId="77777777" w:rsidR="00D07EFB" w:rsidRPr="00D07EFB" w:rsidRDefault="00D07EFB" w:rsidP="00D07EFB">
      <w:proofErr w:type="gramStart"/>
      <w:r w:rsidRPr="00D07EFB">
        <w:t>( )</w:t>
      </w:r>
      <w:proofErr w:type="gramEnd"/>
      <w:r w:rsidRPr="00D07EFB">
        <w:t xml:space="preserve"> Outro: __________________</w:t>
      </w:r>
    </w:p>
    <w:p w14:paraId="76A52E29" w14:textId="77777777" w:rsidR="00D07EFB" w:rsidRPr="00D07EFB" w:rsidRDefault="00D07EFB" w:rsidP="00D07EFB">
      <w:r w:rsidRPr="00D07EFB">
        <w:t>Quantidade: _____________________________________________</w:t>
      </w:r>
    </w:p>
    <w:p w14:paraId="39E8D421" w14:textId="77777777" w:rsidR="00D07EFB" w:rsidRPr="00D07EFB" w:rsidRDefault="00D07EFB" w:rsidP="00D07EFB">
      <w:r w:rsidRPr="00D07EFB">
        <w:t>Forma de disponibilização ao público:</w:t>
      </w:r>
    </w:p>
    <w:p w14:paraId="341ECBEF" w14:textId="77777777" w:rsidR="00D07EFB" w:rsidRPr="00D07EFB" w:rsidRDefault="00D07EFB" w:rsidP="00D07EFB"/>
    <w:p w14:paraId="1C82506A" w14:textId="77777777" w:rsidR="00D07EFB" w:rsidRPr="00D07EFB" w:rsidRDefault="00D07EFB" w:rsidP="00D07EFB">
      <w:pPr>
        <w:rPr>
          <w:b/>
          <w:bCs/>
        </w:rPr>
      </w:pPr>
      <w:r w:rsidRPr="00D07EFB">
        <w:rPr>
          <w:b/>
          <w:bCs/>
        </w:rPr>
        <w:t>7. ACESSIBILIDADE E DEMOCRATIZAÇÃO</w:t>
      </w:r>
    </w:p>
    <w:p w14:paraId="4E53BC03" w14:textId="77777777" w:rsidR="00D07EFB" w:rsidRPr="00D07EFB" w:rsidRDefault="00D07EFB" w:rsidP="00D07EFB"/>
    <w:p w14:paraId="7D60A032" w14:textId="77777777" w:rsidR="00D07EFB" w:rsidRPr="00D07EFB" w:rsidRDefault="00D07EFB" w:rsidP="00D07EFB">
      <w:pPr>
        <w:rPr>
          <w:b/>
          <w:bCs/>
        </w:rPr>
      </w:pPr>
      <w:r w:rsidRPr="00D07EFB">
        <w:rPr>
          <w:b/>
          <w:bCs/>
        </w:rPr>
        <w:t>8. DIVULGAÇÃO</w:t>
      </w:r>
    </w:p>
    <w:p w14:paraId="7EEE8796" w14:textId="77777777" w:rsidR="00D07EFB" w:rsidRPr="00D07EFB" w:rsidRDefault="00D07EFB" w:rsidP="00D07EFB"/>
    <w:p w14:paraId="1FD47536" w14:textId="77777777" w:rsidR="00D07EFB" w:rsidRPr="00D07EFB" w:rsidRDefault="00D07EFB" w:rsidP="00D07EFB">
      <w:pPr>
        <w:rPr>
          <w:b/>
          <w:bCs/>
        </w:rPr>
      </w:pPr>
      <w:r w:rsidRPr="00D07EFB">
        <w:rPr>
          <w:b/>
          <w:bCs/>
        </w:rPr>
        <w:t>9. RETORNO PÚBLICO E DEMOCRATIZAÇÃO DO ACESSO</w:t>
      </w:r>
    </w:p>
    <w:p w14:paraId="34A16BDD" w14:textId="77777777" w:rsidR="00D07EFB" w:rsidRPr="00D07EFB" w:rsidRDefault="00D07EFB" w:rsidP="00D07EFB"/>
    <w:p w14:paraId="2FB3CF8F" w14:textId="77777777" w:rsidR="00D07EFB" w:rsidRPr="00D07EFB" w:rsidRDefault="00D07EFB" w:rsidP="00D07EFB">
      <w:pPr>
        <w:rPr>
          <w:b/>
          <w:bCs/>
        </w:rPr>
      </w:pPr>
      <w:r w:rsidRPr="00D07EFB">
        <w:rPr>
          <w:b/>
          <w:bCs/>
        </w:rPr>
        <w:t>10. DOCUMENTOS COMPROBATÓRIOS</w:t>
      </w:r>
    </w:p>
    <w:p w14:paraId="202E655C" w14:textId="77777777" w:rsidR="00D07EFB" w:rsidRPr="00D07EFB" w:rsidRDefault="00D07EFB" w:rsidP="00D07EFB">
      <w:r w:rsidRPr="00D07EFB">
        <w:t>Anexar os registros pertinentes à natureza do projeto, suficientes para demonstrar metas e resultados:</w:t>
      </w:r>
    </w:p>
    <w:p w14:paraId="2EF34E0B" w14:textId="77777777" w:rsidR="00D07EFB" w:rsidRPr="00D07EFB" w:rsidRDefault="00D07EFB" w:rsidP="00D07EFB">
      <w:r w:rsidRPr="00D07EFB">
        <w:t>Fotografias, vídeos, listas de presença quando pertinentes, materiais gráficos, links, registros de imprensa e redes sociais, declarações ou produtos culturais. Não se exige apresentação cumulativa de todos os tipos de evidência para toda proposta.</w:t>
      </w:r>
    </w:p>
    <w:p w14:paraId="4705CABF" w14:textId="77777777" w:rsidR="00D07EFB" w:rsidRPr="00D07EFB" w:rsidRDefault="00D07EFB" w:rsidP="00D07EFB">
      <w:pPr>
        <w:rPr>
          <w:b/>
          <w:bCs/>
        </w:rPr>
      </w:pPr>
      <w:r w:rsidRPr="00D07EFB">
        <w:rPr>
          <w:b/>
          <w:bCs/>
        </w:rPr>
        <w:t>11. DECLARAÇÃO</w:t>
      </w:r>
    </w:p>
    <w:p w14:paraId="443FD78E" w14:textId="77777777" w:rsidR="00D07EFB" w:rsidRPr="00D07EFB" w:rsidRDefault="00D07EFB" w:rsidP="00D07EFB">
      <w:r w:rsidRPr="00D07EFB">
        <w:t>Declaro que as informações são verdadeiras e correspondem à execução do projeto.</w:t>
      </w:r>
    </w:p>
    <w:p w14:paraId="37245417" w14:textId="77777777" w:rsidR="00B04E2B" w:rsidRDefault="00B04E2B" w:rsidP="00D07EFB"/>
    <w:p w14:paraId="2281BA7B" w14:textId="77777777" w:rsidR="00B04E2B" w:rsidRDefault="00B04E2B" w:rsidP="00D07EFB"/>
    <w:p w14:paraId="603D3814" w14:textId="07BAC0C3" w:rsidR="00D07EFB" w:rsidRPr="00D07EFB" w:rsidRDefault="00D07EFB" w:rsidP="00D07EFB">
      <w:r w:rsidRPr="00D07EFB">
        <w:t xml:space="preserve">Silveiras/SP, ____ de ______________ </w:t>
      </w:r>
      <w:proofErr w:type="spellStart"/>
      <w:r w:rsidRPr="00D07EFB">
        <w:t>de</w:t>
      </w:r>
      <w:proofErr w:type="spellEnd"/>
      <w:r w:rsidRPr="00D07EFB">
        <w:t xml:space="preserve"> ______.</w:t>
      </w:r>
    </w:p>
    <w:p w14:paraId="279D3AC6" w14:textId="77777777" w:rsidR="00D07EFB" w:rsidRPr="00D07EFB" w:rsidRDefault="00D07EFB" w:rsidP="00D07EFB"/>
    <w:p w14:paraId="3947D2CF" w14:textId="77777777" w:rsidR="00B04E2B" w:rsidRDefault="00B04E2B" w:rsidP="00B04E2B">
      <w:pPr>
        <w:jc w:val="center"/>
        <w:rPr>
          <w:b/>
        </w:rPr>
      </w:pPr>
    </w:p>
    <w:p w14:paraId="55E479CC" w14:textId="65DBB8A7" w:rsidR="00D07EFB" w:rsidRPr="00D07EFB" w:rsidRDefault="00D07EFB" w:rsidP="00B04E2B">
      <w:pPr>
        <w:jc w:val="center"/>
      </w:pPr>
      <w:r w:rsidRPr="00D07EFB">
        <w:rPr>
          <w:b/>
        </w:rPr>
        <w:t>Agente Cultural</w:t>
      </w:r>
    </w:p>
    <w:sectPr w:rsidR="00D07EFB" w:rsidRPr="00D07EFB" w:rsidSect="00034616">
      <w:footerReference w:type="default" r:id="rId8"/>
      <w:pgSz w:w="11906" w:h="16838"/>
      <w:pgMar w:top="965" w:right="1037" w:bottom="936" w:left="1037" w:header="360" w:footer="36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06365A" w14:textId="77777777" w:rsidR="00A36C30" w:rsidRDefault="00A36C30">
      <w:pPr>
        <w:spacing w:after="0" w:line="240" w:lineRule="auto"/>
      </w:pPr>
      <w:r>
        <w:separator/>
      </w:r>
    </w:p>
  </w:endnote>
  <w:endnote w:type="continuationSeparator" w:id="0">
    <w:p w14:paraId="4E6F28E5" w14:textId="77777777" w:rsidR="00A36C30" w:rsidRDefault="00A36C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538B34" w14:textId="77777777" w:rsidR="00A07D26" w:rsidRDefault="00000000">
    <w:pPr>
      <w:jc w:val="right"/>
    </w:pPr>
    <w:r>
      <w:rPr>
        <w:sz w:val="16"/>
      </w:rPr>
      <w:t xml:space="preserve">Página </w:t>
    </w:r>
    <w:r>
      <w:fldChar w:fldCharType="begin"/>
    </w:r>
    <w:r>
      <w:instrText>PAGE</w:instrText>
    </w:r>
    <w:r>
      <w:fldChar w:fldCharType="separate"/>
    </w:r>
    <w:r w:rsidR="005B2D73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81B385" w14:textId="77777777" w:rsidR="00A36C30" w:rsidRDefault="00A36C30">
      <w:pPr>
        <w:spacing w:after="0" w:line="240" w:lineRule="auto"/>
      </w:pPr>
      <w:r>
        <w:separator/>
      </w:r>
    </w:p>
  </w:footnote>
  <w:footnote w:type="continuationSeparator" w:id="0">
    <w:p w14:paraId="48B68E11" w14:textId="77777777" w:rsidR="00A36C30" w:rsidRDefault="00A36C3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Commarcador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Commarcador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60652999">
    <w:abstractNumId w:val="8"/>
  </w:num>
  <w:num w:numId="2" w16cid:durableId="1321958557">
    <w:abstractNumId w:val="6"/>
  </w:num>
  <w:num w:numId="3" w16cid:durableId="1773361142">
    <w:abstractNumId w:val="5"/>
  </w:num>
  <w:num w:numId="4" w16cid:durableId="236785690">
    <w:abstractNumId w:val="4"/>
  </w:num>
  <w:num w:numId="5" w16cid:durableId="1457723862">
    <w:abstractNumId w:val="7"/>
  </w:num>
  <w:num w:numId="6" w16cid:durableId="80179481">
    <w:abstractNumId w:val="3"/>
  </w:num>
  <w:num w:numId="7" w16cid:durableId="734277506">
    <w:abstractNumId w:val="2"/>
  </w:num>
  <w:num w:numId="8" w16cid:durableId="1479566164">
    <w:abstractNumId w:val="1"/>
  </w:num>
  <w:num w:numId="9" w16cid:durableId="12081096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4975"/>
    <w:rsid w:val="00034616"/>
    <w:rsid w:val="0006063C"/>
    <w:rsid w:val="00086911"/>
    <w:rsid w:val="000D79C7"/>
    <w:rsid w:val="000E0E05"/>
    <w:rsid w:val="000F1F66"/>
    <w:rsid w:val="0015074B"/>
    <w:rsid w:val="00194854"/>
    <w:rsid w:val="001A1713"/>
    <w:rsid w:val="001E3DCB"/>
    <w:rsid w:val="001F180E"/>
    <w:rsid w:val="00210AC8"/>
    <w:rsid w:val="002155E1"/>
    <w:rsid w:val="002554FE"/>
    <w:rsid w:val="002571F5"/>
    <w:rsid w:val="00286DD1"/>
    <w:rsid w:val="0029639D"/>
    <w:rsid w:val="002F0715"/>
    <w:rsid w:val="00326F90"/>
    <w:rsid w:val="00331AF8"/>
    <w:rsid w:val="00381FB9"/>
    <w:rsid w:val="003C729C"/>
    <w:rsid w:val="003E271B"/>
    <w:rsid w:val="003E43DA"/>
    <w:rsid w:val="00406B09"/>
    <w:rsid w:val="004A2AF9"/>
    <w:rsid w:val="004E4BF4"/>
    <w:rsid w:val="005A2CDB"/>
    <w:rsid w:val="005B2D73"/>
    <w:rsid w:val="005C3D98"/>
    <w:rsid w:val="005C655D"/>
    <w:rsid w:val="006051A9"/>
    <w:rsid w:val="00664FF5"/>
    <w:rsid w:val="006B1AD7"/>
    <w:rsid w:val="00746819"/>
    <w:rsid w:val="008D6D4E"/>
    <w:rsid w:val="008E258B"/>
    <w:rsid w:val="00921FD4"/>
    <w:rsid w:val="009424B6"/>
    <w:rsid w:val="009478E2"/>
    <w:rsid w:val="009578B1"/>
    <w:rsid w:val="0097257B"/>
    <w:rsid w:val="00992C7A"/>
    <w:rsid w:val="00A0234B"/>
    <w:rsid w:val="00A030A1"/>
    <w:rsid w:val="00A07D26"/>
    <w:rsid w:val="00A36C30"/>
    <w:rsid w:val="00A4464D"/>
    <w:rsid w:val="00A47886"/>
    <w:rsid w:val="00AA1D8D"/>
    <w:rsid w:val="00AA30CC"/>
    <w:rsid w:val="00AC5250"/>
    <w:rsid w:val="00B04E2B"/>
    <w:rsid w:val="00B437B1"/>
    <w:rsid w:val="00B47730"/>
    <w:rsid w:val="00BA3F14"/>
    <w:rsid w:val="00BB42CE"/>
    <w:rsid w:val="00C61093"/>
    <w:rsid w:val="00CB0664"/>
    <w:rsid w:val="00CB099D"/>
    <w:rsid w:val="00CB12E6"/>
    <w:rsid w:val="00D07EFB"/>
    <w:rsid w:val="00D975DF"/>
    <w:rsid w:val="00E06CCF"/>
    <w:rsid w:val="00E337A7"/>
    <w:rsid w:val="00EE1409"/>
    <w:rsid w:val="00FA0F43"/>
    <w:rsid w:val="00FA7FBC"/>
    <w:rsid w:val="00FC693F"/>
    <w:rsid w:val="00FE31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C86B1FA"/>
  <w14:defaultImageDpi w14:val="300"/>
  <w15:docId w15:val="{5764A7C7-F0BD-4D9C-BBAB-FED447B569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C5250"/>
    <w:pPr>
      <w:spacing w:after="100" w:line="259" w:lineRule="auto"/>
      <w:jc w:val="both"/>
    </w:pPr>
    <w:rPr>
      <w:rFonts w:ascii="Arial" w:hAnsi="Arial"/>
      <w:color w:val="000000"/>
      <w:lang w:val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FC693F"/>
    <w:pPr>
      <w:keepNext/>
      <w:keepLines/>
      <w:spacing w:before="180"/>
      <w:outlineLvl w:val="0"/>
    </w:pPr>
    <w:rPr>
      <w:rFonts w:asciiTheme="majorHAnsi" w:eastAsiaTheme="majorEastAsia" w:hAnsiTheme="majorHAnsi" w:cstheme="majorBidi"/>
      <w:b/>
      <w:bCs/>
      <w:sz w:val="27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FC693F"/>
    <w:pPr>
      <w:keepNext/>
      <w:keepLines/>
      <w:spacing w:before="180"/>
      <w:outlineLvl w:val="1"/>
    </w:pPr>
    <w:rPr>
      <w:rFonts w:asciiTheme="majorHAnsi" w:eastAsiaTheme="majorEastAsia" w:hAnsiTheme="majorHAnsi" w:cstheme="majorBidi"/>
      <w:b/>
      <w:bCs/>
      <w:sz w:val="23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FC693F"/>
    <w:pPr>
      <w:keepNext/>
      <w:keepLines/>
      <w:spacing w:before="180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618BF"/>
  </w:style>
  <w:style w:type="paragraph" w:styleId="Rodap">
    <w:name w:val="footer"/>
    <w:basedOn w:val="Normal"/>
    <w:link w:val="Rodap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618BF"/>
  </w:style>
  <w:style w:type="paragraph" w:styleId="SemEspaament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har">
    <w:name w:val="Título 1 Char"/>
    <w:basedOn w:val="Fontepargpadro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har"/>
    <w:uiPriority w:val="10"/>
    <w:qFormat/>
    <w:rsid w:val="00FC693F"/>
    <w:pPr>
      <w:keepNext/>
      <w:spacing w:before="180"/>
      <w:contextualSpacing/>
      <w:jc w:val="center"/>
    </w:pPr>
    <w:rPr>
      <w:rFonts w:asciiTheme="majorHAnsi" w:eastAsiaTheme="majorEastAsia" w:hAnsiTheme="majorHAnsi" w:cstheme="majorBidi"/>
      <w:b/>
      <w:spacing w:val="5"/>
      <w:kern w:val="28"/>
      <w:sz w:val="34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FC693F"/>
    <w:pPr>
      <w:numPr>
        <w:ilvl w:val="1"/>
      </w:numPr>
      <w:spacing w:before="180"/>
    </w:pPr>
    <w:rPr>
      <w:rFonts w:asciiTheme="majorHAnsi" w:eastAsiaTheme="majorEastAsia" w:hAnsiTheme="majorHAnsi" w:cstheme="majorBidi"/>
      <w:i/>
      <w:iCs/>
      <w:spacing w:val="15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grafoda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odetexto">
    <w:name w:val="Body Text"/>
    <w:basedOn w:val="Normal"/>
    <w:link w:val="CorpodetextoChar"/>
    <w:uiPriority w:val="99"/>
    <w:unhideWhenUsed/>
    <w:rsid w:val="00AA1D8D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AA1D8D"/>
  </w:style>
  <w:style w:type="paragraph" w:styleId="Corpodetexto2">
    <w:name w:val="Body Text 2"/>
    <w:basedOn w:val="Normal"/>
    <w:link w:val="Corpodetexto2Char"/>
    <w:uiPriority w:val="99"/>
    <w:unhideWhenUsed/>
    <w:rsid w:val="00AA1D8D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A1D8D"/>
  </w:style>
  <w:style w:type="paragraph" w:styleId="Corpodetexto3">
    <w:name w:val="Body Text 3"/>
    <w:basedOn w:val="Normal"/>
    <w:link w:val="Corpodetexto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Commarcador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erad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umerad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umerad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decontinuao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adecontinuao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adecontinuao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demacro">
    <w:name w:val="macro"/>
    <w:link w:val="Textodemacro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rsid w:val="0029639D"/>
    <w:rPr>
      <w:rFonts w:ascii="Courier" w:hAnsi="Courier"/>
      <w:sz w:val="20"/>
      <w:szCs w:val="20"/>
    </w:rPr>
  </w:style>
  <w:style w:type="paragraph" w:styleId="Citao">
    <w:name w:val="Quote"/>
    <w:basedOn w:val="Normal"/>
    <w:next w:val="Normal"/>
    <w:link w:val="CitaoChar"/>
    <w:uiPriority w:val="29"/>
    <w:qFormat/>
    <w:rsid w:val="00FC693F"/>
    <w:rPr>
      <w:i/>
      <w:iCs/>
      <w:color w:val="000000" w:themeColor="text1"/>
    </w:rPr>
  </w:style>
  <w:style w:type="character" w:customStyle="1" w:styleId="CitaoChar">
    <w:name w:val="Citação Char"/>
    <w:basedOn w:val="Fontepargpadro"/>
    <w:link w:val="Citao"/>
    <w:uiPriority w:val="29"/>
    <w:rsid w:val="00FC693F"/>
    <w:rPr>
      <w:i/>
      <w:iCs/>
      <w:color w:val="000000" w:themeColor="text1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orte">
    <w:name w:val="Strong"/>
    <w:basedOn w:val="Fontepargpadro"/>
    <w:uiPriority w:val="22"/>
    <w:qFormat/>
    <w:rsid w:val="00FC693F"/>
    <w:rPr>
      <w:b/>
      <w:bCs/>
    </w:rPr>
  </w:style>
  <w:style w:type="character" w:styleId="nfase">
    <w:name w:val="Emphasis"/>
    <w:basedOn w:val="Fontepargpadro"/>
    <w:uiPriority w:val="20"/>
    <w:qFormat/>
    <w:rsid w:val="00FC693F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C693F"/>
    <w:rPr>
      <w:b/>
      <w:bCs/>
      <w:i/>
      <w:iCs/>
      <w:color w:val="4F81BD" w:themeColor="accent1"/>
    </w:rPr>
  </w:style>
  <w:style w:type="character" w:styleId="nfaseSutil">
    <w:name w:val="Subtle Emphasis"/>
    <w:basedOn w:val="Fontepargpadro"/>
    <w:uiPriority w:val="19"/>
    <w:qFormat/>
    <w:rsid w:val="00FC693F"/>
    <w:rPr>
      <w:i/>
      <w:iCs/>
      <w:color w:val="808080" w:themeColor="text1" w:themeTint="7F"/>
    </w:rPr>
  </w:style>
  <w:style w:type="character" w:styleId="nfaseIntensa">
    <w:name w:val="Intense Emphasis"/>
    <w:basedOn w:val="Fontepargpadro"/>
    <w:uiPriority w:val="21"/>
    <w:qFormat/>
    <w:rsid w:val="00FC693F"/>
    <w:rPr>
      <w:b/>
      <w:bCs/>
      <w:i/>
      <w:iCs/>
      <w:color w:val="4F81BD" w:themeColor="accent1"/>
    </w:rPr>
  </w:style>
  <w:style w:type="character" w:styleId="RefernciaSutil">
    <w:name w:val="Subtle Reference"/>
    <w:basedOn w:val="Fontepargpadro"/>
    <w:uiPriority w:val="31"/>
    <w:qFormat/>
    <w:rsid w:val="00FC693F"/>
    <w:rPr>
      <w:smallCaps/>
      <w:color w:val="C0504D" w:themeColor="accent2"/>
      <w:u w:val="single"/>
    </w:rPr>
  </w:style>
  <w:style w:type="character" w:styleId="RefernciaIntensa">
    <w:name w:val="Intense Reference"/>
    <w:basedOn w:val="Fontepargpadr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oLivro">
    <w:name w:val="Book Title"/>
    <w:basedOn w:val="Fontepargpadro"/>
    <w:uiPriority w:val="33"/>
    <w:qFormat/>
    <w:rsid w:val="00FC693F"/>
    <w:rPr>
      <w:b/>
      <w:b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elacomgrade">
    <w:name w:val="Table Grid"/>
    <w:basedOn w:val="Tabe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mentoClaro">
    <w:name w:val="Light Shading"/>
    <w:basedOn w:val="Tabe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e2">
    <w:name w:val="Light List Accent 2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e3">
    <w:name w:val="Light List Accent 3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e4">
    <w:name w:val="Light List Accent 4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e5">
    <w:name w:val="Light List Accent 5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e6">
    <w:name w:val="Light List Accent 6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adeClara">
    <w:name w:val="Light Grid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adeClara-nfase2">
    <w:name w:val="Light Grid Accent 2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adeClara-nfase3">
    <w:name w:val="Light Grid Accent 3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adeClara-nfase4">
    <w:name w:val="Light Grid Accent 4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adeClara-nfase5">
    <w:name w:val="Light Grid Accent 5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adeClara-nfase6">
    <w:name w:val="Light Grid Accent 6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mentoMdio1">
    <w:name w:val="Medium Shading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dia1">
    <w:name w:val="Medium Lis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dia1-nfase2">
    <w:name w:val="Medium List 1 Accent 2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dia1-nfase3">
    <w:name w:val="Medium List 1 Accent 3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dia1-nfase4">
    <w:name w:val="Medium List 1 Accent 4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dia1-nfase5">
    <w:name w:val="Medium List 1 Accent 5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dia1-nfase6">
    <w:name w:val="Medium List 1 Accent 6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dia2">
    <w:name w:val="Medium Lis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adeMdia1">
    <w:name w:val="Medium Grid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Mdia1-nfase2">
    <w:name w:val="Medium Grid 1 Accent 2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Mdia1-nfase3">
    <w:name w:val="Medium Grid 1 Accent 3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Mdia1-nfase4">
    <w:name w:val="Medium Grid 1 Accent 4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Mdia1-nfase5">
    <w:name w:val="Medium Grid 1 Accent 5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Mdia1-nfase6">
    <w:name w:val="Medium Grid 1 Accent 6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adeMdia2">
    <w:name w:val="Medium Grid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adeMdia3-nfase2">
    <w:name w:val="Medium Grid 3 Accent 2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adeMdia3-nfase3">
    <w:name w:val="Medium Grid 3 Accent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adeMdia3-nfase4">
    <w:name w:val="Medium Grid 3 Accent 4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adeMdia3-nfase5">
    <w:name w:val="Medium Grid 3 Accent 5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adeMdia3-nfase6">
    <w:name w:val="Medium Grid 3 Accent 6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Escura">
    <w:name w:val="Dark List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Escura-nfase2">
    <w:name w:val="Dark List Accent 2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Escura-nfase3">
    <w:name w:val="Dark List Accent 3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Escura-nfase4">
    <w:name w:val="Dark List Accent 4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Escura-nfase5">
    <w:name w:val="Dark List Accent 5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Escura-nfase6">
    <w:name w:val="Dark List Accent 6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mentoColorido">
    <w:name w:val="Colorful Shading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olorida">
    <w:name w:val="Colorful List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Colorida-nfase2">
    <w:name w:val="Colorful List Accent 2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Colorida-nfase3">
    <w:name w:val="Colorful List Accent 3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Colorida-nfase4">
    <w:name w:val="Colorful List Accent 4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Colorida-nfase5">
    <w:name w:val="Colorful List Accent 5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Colorida-nfase6">
    <w:name w:val="Colorful List Accent 6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adeColorida">
    <w:name w:val="Colorful Grid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Colorida-nfase2">
    <w:name w:val="Colorful Grid Accent 2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Colorida-nfase3">
    <w:name w:val="Colorful Grid Accent 3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Colorida-nfase4">
    <w:name w:val="Colorful Grid Accent 4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Colorida-nfase5">
    <w:name w:val="Colorful Grid Accent 5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Colorida-nfase6">
    <w:name w:val="Colorful Grid Accent 6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CoverTitle">
    <w:name w:val="Cover Title"/>
    <w:pPr>
      <w:spacing w:after="140"/>
      <w:jc w:val="center"/>
    </w:pPr>
    <w:rPr>
      <w:rFonts w:ascii="Arial" w:hAnsi="Arial"/>
      <w:b/>
      <w:color w:val="2F5597"/>
      <w:sz w:val="32"/>
    </w:rPr>
  </w:style>
  <w:style w:type="paragraph" w:customStyle="1" w:styleId="CoverNote">
    <w:name w:val="Cover Note"/>
    <w:pPr>
      <w:spacing w:after="140"/>
      <w:jc w:val="both"/>
    </w:pPr>
    <w:rPr>
      <w:rFonts w:ascii="Arial" w:hAnsi="Arial"/>
      <w:color w:val="1F1F1F"/>
      <w:sz w:val="21"/>
    </w:rPr>
  </w:style>
  <w:style w:type="paragraph" w:customStyle="1" w:styleId="InstitutionalH1">
    <w:name w:val="Institutional H1"/>
    <w:pPr>
      <w:keepNext/>
      <w:spacing w:before="180" w:after="100" w:line="259" w:lineRule="auto"/>
      <w:jc w:val="center"/>
    </w:pPr>
    <w:rPr>
      <w:rFonts w:ascii="Arial" w:hAnsi="Arial"/>
      <w:b/>
      <w:color w:val="000000"/>
      <w:sz w:val="28"/>
    </w:rPr>
  </w:style>
  <w:style w:type="paragraph" w:customStyle="1" w:styleId="InstitutionalH2">
    <w:name w:val="Institutional H2"/>
    <w:pPr>
      <w:keepNext/>
      <w:spacing w:before="180" w:after="100" w:line="259" w:lineRule="auto"/>
      <w:jc w:val="center"/>
    </w:pPr>
    <w:rPr>
      <w:rFonts w:ascii="Arial" w:hAnsi="Arial"/>
      <w:b/>
      <w:color w:val="000000"/>
      <w:sz w:val="23"/>
    </w:rPr>
  </w:style>
  <w:style w:type="paragraph" w:customStyle="1" w:styleId="InternalH1">
    <w:name w:val="Internal H1"/>
    <w:pPr>
      <w:spacing w:after="140"/>
      <w:jc w:val="center"/>
    </w:pPr>
    <w:rPr>
      <w:rFonts w:ascii="Arial" w:hAnsi="Arial"/>
      <w:b/>
      <w:color w:val="000000"/>
      <w:sz w:val="30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Pr>
      <w:rFonts w:ascii="Arial" w:hAnsi="Arial"/>
      <w:color w:val="000000"/>
      <w:sz w:val="20"/>
      <w:szCs w:val="20"/>
    </w:rPr>
  </w:style>
  <w:style w:type="character" w:styleId="Refdecomentrio">
    <w:name w:val="annotation reference"/>
    <w:basedOn w:val="Fontepargpadro"/>
    <w:uiPriority w:val="99"/>
    <w:semiHidden/>
    <w:unhideWhenUsed/>
    <w:rPr>
      <w:sz w:val="16"/>
      <w:szCs w:val="16"/>
    </w:rPr>
  </w:style>
  <w:style w:type="paragraph" w:customStyle="1" w:styleId="PendnciaMunicipal">
    <w:name w:val="Pendência Municipal"/>
    <w:basedOn w:val="Normal"/>
    <w:pPr>
      <w:spacing w:before="100"/>
    </w:pPr>
    <w:rPr>
      <w:b/>
      <w:color w:val="C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381</Words>
  <Characters>2062</Characters>
  <Application>Microsoft Office Word</Application>
  <DocSecurity>0</DocSecurity>
  <Lines>17</Lines>
  <Paragraphs>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Minuta do Chamamento Público 01 de 2026 da PNAB em Silveiras</vt:lpstr>
      <vt:lpstr/>
    </vt:vector>
  </TitlesOfParts>
  <Manager/>
  <Company/>
  <LinksUpToDate>false</LinksUpToDate>
  <CharactersWithSpaces>2439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Minuta do Chamamento Público 01 de 2026 da PNAB em Silveiras</dc:title>
  <dc:subject>Ciclo 2 da PNAB com perguntas municipais em vermelho e anexos harmonizados</dc:subject>
  <dc:creator>Jonathan Mackenzie</dc:creator>
  <cp:keywords>PNAB; Silveiras; Lei Aldir Blanc; fomento cultural; cronograma; edital</cp:keywords>
  <dc:description>generated by python-docx</dc:description>
  <cp:lastModifiedBy>Miguel Mota</cp:lastModifiedBy>
  <cp:revision>4</cp:revision>
  <cp:lastPrinted>2026-10-21T16:23:00Z</cp:lastPrinted>
  <dcterms:created xsi:type="dcterms:W3CDTF">2026-10-21T16:25:00Z</dcterms:created>
  <dcterms:modified xsi:type="dcterms:W3CDTF">2026-10-22T16:04:00Z</dcterms:modified>
  <cp:category/>
</cp:coreProperties>
</file>