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2B447" w14:textId="77777777" w:rsidR="00395D60" w:rsidRDefault="00395D60" w:rsidP="00395D60">
      <w:pPr>
        <w:jc w:val="center"/>
      </w:pPr>
    </w:p>
    <w:p w14:paraId="1CDA86AB" w14:textId="77777777" w:rsidR="00395D60" w:rsidRDefault="00395D60" w:rsidP="00395D60">
      <w:pPr>
        <w:jc w:val="center"/>
      </w:pPr>
    </w:p>
    <w:p w14:paraId="335A7E5B" w14:textId="6D2AC528" w:rsidR="00391185" w:rsidRPr="00395D60" w:rsidRDefault="00391185" w:rsidP="00395D60">
      <w:pPr>
        <w:jc w:val="center"/>
        <w:rPr>
          <w:rFonts w:eastAsia="Arial" w:cs="Arial"/>
          <w:b/>
          <w:bCs/>
          <w:color w:val="auto"/>
          <w:sz w:val="24"/>
          <w:szCs w:val="24"/>
        </w:rPr>
      </w:pPr>
      <w:r w:rsidRPr="00395D60">
        <w:rPr>
          <w:b/>
          <w:bCs/>
        </w:rPr>
        <w:t>ANEXO VII - DECLARAÇÃO DE REPRESENTAÇÃO DE GRUPO OU COLETIVO</w:t>
      </w:r>
    </w:p>
    <w:p w14:paraId="31AE473F" w14:textId="77777777" w:rsidR="00391185" w:rsidRPr="00FA7FBC" w:rsidRDefault="00391185" w:rsidP="00391185">
      <w:pPr>
        <w:jc w:val="center"/>
        <w:rPr>
          <w:b/>
          <w:bCs/>
          <w:color w:val="auto"/>
          <w:sz w:val="24"/>
          <w:szCs w:val="24"/>
        </w:rPr>
      </w:pPr>
      <w:r>
        <w:t>Chamamento Público nº 01/2026</w:t>
      </w:r>
    </w:p>
    <w:p w14:paraId="05EFFBBB" w14:textId="77777777" w:rsidR="00391185" w:rsidRPr="00FA7FBC" w:rsidRDefault="00391185" w:rsidP="00391185">
      <w:pPr>
        <w:jc w:val="center"/>
        <w:rPr>
          <w:b/>
          <w:bCs/>
          <w:color w:val="auto"/>
          <w:sz w:val="24"/>
          <w:szCs w:val="24"/>
        </w:rPr>
      </w:pPr>
      <w:r w:rsidRPr="00FA7FBC">
        <w:rPr>
          <w:b/>
          <w:bCs/>
          <w:szCs w:val="24"/>
        </w:rPr>
        <w:t>Processo nº 134/2026</w:t>
      </w:r>
    </w:p>
    <w:p w14:paraId="6298DF1E" w14:textId="77777777" w:rsidR="00391185" w:rsidRPr="00FA7FBC" w:rsidRDefault="00391185" w:rsidP="00391185">
      <w:pPr>
        <w:jc w:val="center"/>
        <w:rPr>
          <w:b/>
          <w:bCs/>
          <w:color w:val="auto"/>
          <w:sz w:val="24"/>
          <w:szCs w:val="24"/>
        </w:rPr>
      </w:pPr>
      <w:r>
        <w:t>PNAB Ciclo 2 • Silveiras 2026</w:t>
      </w:r>
    </w:p>
    <w:p w14:paraId="1DB465DB" w14:textId="77777777" w:rsidR="00391185" w:rsidRPr="00FA7FBC" w:rsidRDefault="00391185" w:rsidP="00391185">
      <w:pPr>
        <w:spacing w:after="140" w:line="240" w:lineRule="auto"/>
        <w:rPr>
          <w:color w:val="auto"/>
        </w:rPr>
      </w:pPr>
    </w:p>
    <w:p w14:paraId="2CB441E0" w14:textId="77777777" w:rsidR="00391185" w:rsidRPr="00FA7FBC" w:rsidRDefault="00391185" w:rsidP="00391185">
      <w:pPr>
        <w:rPr>
          <w:rFonts w:cs="Arial"/>
          <w:color w:val="auto"/>
          <w:sz w:val="24"/>
          <w:szCs w:val="24"/>
        </w:rPr>
      </w:pPr>
      <w:r w:rsidRPr="00FA7FBC">
        <w:rPr>
          <w:rFonts w:eastAsia="Arial" w:cs="Arial"/>
          <w:b/>
          <w:szCs w:val="24"/>
        </w:rPr>
        <w:t>GRUPO/COLETIVO:</w:t>
      </w:r>
      <w:r w:rsidRPr="00FA7FBC">
        <w:rPr>
          <w:rFonts w:eastAsia="Arial" w:cs="Arial"/>
          <w:szCs w:val="24"/>
        </w:rPr>
        <w:t xml:space="preserve"> _____________________________________</w:t>
      </w:r>
    </w:p>
    <w:p w14:paraId="1A4FF483" w14:textId="77777777" w:rsidR="00391185" w:rsidRPr="00FA7FBC" w:rsidRDefault="00391185" w:rsidP="00391185">
      <w:pPr>
        <w:rPr>
          <w:rFonts w:cs="Arial"/>
          <w:color w:val="auto"/>
          <w:sz w:val="24"/>
          <w:szCs w:val="24"/>
        </w:rPr>
      </w:pPr>
      <w:r w:rsidRPr="00FA7FBC">
        <w:rPr>
          <w:rFonts w:eastAsia="Arial" w:cs="Arial"/>
          <w:szCs w:val="24"/>
        </w:rPr>
        <w:t>Nós, integrantes do grupo/coletivo acima identificado, indicamos:</w:t>
      </w:r>
    </w:p>
    <w:p w14:paraId="0863F9AB" w14:textId="77777777" w:rsidR="00391185" w:rsidRPr="00FA7FBC" w:rsidRDefault="00391185" w:rsidP="00391185">
      <w:pPr>
        <w:rPr>
          <w:rFonts w:cs="Arial"/>
          <w:color w:val="auto"/>
          <w:sz w:val="24"/>
          <w:szCs w:val="24"/>
        </w:rPr>
      </w:pPr>
      <w:r w:rsidRPr="00FA7FBC">
        <w:rPr>
          <w:rFonts w:eastAsia="Arial" w:cs="Arial"/>
          <w:b/>
          <w:szCs w:val="24"/>
        </w:rPr>
        <w:t>REPRESENTANTE:</w:t>
      </w:r>
      <w:r w:rsidRPr="00FA7FBC">
        <w:rPr>
          <w:rFonts w:eastAsia="Arial" w:cs="Arial"/>
          <w:szCs w:val="24"/>
        </w:rPr>
        <w:t xml:space="preserve"> ______________________________________</w:t>
      </w:r>
    </w:p>
    <w:p w14:paraId="7E6DD1CF" w14:textId="77777777" w:rsidR="00391185" w:rsidRPr="00FA7FBC" w:rsidRDefault="00391185" w:rsidP="00391185">
      <w:pPr>
        <w:rPr>
          <w:rFonts w:cs="Arial"/>
          <w:color w:val="auto"/>
          <w:sz w:val="24"/>
          <w:szCs w:val="24"/>
        </w:rPr>
      </w:pPr>
      <w:r w:rsidRPr="00FA7FBC">
        <w:rPr>
          <w:rFonts w:eastAsia="Arial" w:cs="Arial"/>
          <w:szCs w:val="24"/>
        </w:rPr>
        <w:t>CPF: ___________________________________________________</w:t>
      </w:r>
    </w:p>
    <w:p w14:paraId="5616F759" w14:textId="77777777" w:rsidR="00391185" w:rsidRPr="00FA7FBC" w:rsidRDefault="00391185" w:rsidP="00391185">
      <w:pPr>
        <w:rPr>
          <w:rFonts w:cs="Arial"/>
          <w:color w:val="auto"/>
          <w:sz w:val="24"/>
          <w:szCs w:val="24"/>
        </w:rPr>
      </w:pPr>
      <w:r w:rsidRPr="00FA7FBC">
        <w:rPr>
          <w:rFonts w:eastAsia="Arial" w:cs="Arial"/>
          <w:szCs w:val="24"/>
        </w:rPr>
        <w:t>RG: ____________________________________________________</w:t>
      </w:r>
    </w:p>
    <w:p w14:paraId="4A1BE2A1" w14:textId="77777777" w:rsidR="00391185" w:rsidRPr="00FA7FBC" w:rsidRDefault="00391185" w:rsidP="00391185">
      <w:pPr>
        <w:rPr>
          <w:rFonts w:cs="Arial"/>
          <w:color w:val="auto"/>
          <w:sz w:val="24"/>
          <w:szCs w:val="24"/>
        </w:rPr>
      </w:pPr>
      <w:r w:rsidRPr="00FA7FBC">
        <w:rPr>
          <w:rFonts w:eastAsia="Arial" w:cs="Arial"/>
          <w:szCs w:val="24"/>
        </w:rPr>
        <w:t>E-mail: _________________________________________________</w:t>
      </w:r>
    </w:p>
    <w:p w14:paraId="2AD21767" w14:textId="77777777" w:rsidR="00391185" w:rsidRPr="00FA7FBC" w:rsidRDefault="00391185" w:rsidP="00391185">
      <w:pPr>
        <w:rPr>
          <w:rFonts w:cs="Arial"/>
          <w:color w:val="auto"/>
          <w:sz w:val="24"/>
          <w:szCs w:val="24"/>
        </w:rPr>
      </w:pPr>
      <w:r w:rsidRPr="00FA7FBC">
        <w:rPr>
          <w:rFonts w:eastAsia="Arial" w:cs="Arial"/>
          <w:szCs w:val="24"/>
        </w:rPr>
        <w:t>Telefone: _______________________________________________</w:t>
      </w:r>
    </w:p>
    <w:p w14:paraId="58D886E2" w14:textId="77777777" w:rsidR="00391185" w:rsidRPr="00FA7FBC" w:rsidRDefault="00391185" w:rsidP="00391185">
      <w:pPr>
        <w:rPr>
          <w:rFonts w:cs="Arial"/>
          <w:color w:val="auto"/>
          <w:sz w:val="24"/>
          <w:szCs w:val="24"/>
        </w:rPr>
      </w:pPr>
      <w:r>
        <w:t>como representante do grupo para todos os atos relacionados ao Chamamento Público nº 01/2026, inclusive inscrição, comunicação com o Município, apresentação de documentos, assinatura do Termo de Execução Cultural, recebimento do recurso, acompanhamento da execução e demais atos necessários.</w:t>
      </w:r>
    </w:p>
    <w:tbl>
      <w:tblPr>
        <w:tblStyle w:val="Tabelacomgrade"/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32"/>
        <w:gridCol w:w="2376"/>
        <w:gridCol w:w="2808"/>
      </w:tblGrid>
      <w:tr w:rsidR="00391185" w:rsidRPr="00FA7FBC" w14:paraId="40D20AC8" w14:textId="77777777" w:rsidTr="004F225D">
        <w:trPr>
          <w:cantSplit/>
          <w:tblHeader/>
          <w:jc w:val="center"/>
        </w:trPr>
        <w:tc>
          <w:tcPr>
            <w:tcW w:w="2376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BB7C59" w14:textId="77777777" w:rsidR="00391185" w:rsidRPr="00FA7FBC" w:rsidRDefault="00391185" w:rsidP="004F225D">
            <w:pPr>
              <w:keepNext/>
              <w:spacing w:after="20" w:line="250" w:lineRule="auto"/>
              <w:jc w:val="center"/>
              <w:rPr>
                <w:rFonts w:cs="Arial"/>
                <w:color w:val="auto"/>
                <w:sz w:val="24"/>
                <w:szCs w:val="24"/>
              </w:rPr>
            </w:pPr>
            <w:r w:rsidRPr="00FA7FBC">
              <w:rPr>
                <w:rFonts w:eastAsia="Arial" w:cs="Arial"/>
                <w:b/>
                <w:color w:val="FFFFFF"/>
                <w:sz w:val="19"/>
                <w:szCs w:val="24"/>
              </w:rPr>
              <w:t>Nome do integrante</w:t>
            </w:r>
          </w:p>
        </w:tc>
        <w:tc>
          <w:tcPr>
            <w:tcW w:w="2232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9E198F" w14:textId="77777777" w:rsidR="00391185" w:rsidRPr="00FA7FBC" w:rsidRDefault="00391185" w:rsidP="004F225D">
            <w:pPr>
              <w:keepNext/>
              <w:spacing w:after="20" w:line="250" w:lineRule="auto"/>
              <w:jc w:val="center"/>
              <w:rPr>
                <w:rFonts w:cs="Arial"/>
                <w:color w:val="auto"/>
                <w:sz w:val="24"/>
                <w:szCs w:val="24"/>
              </w:rPr>
            </w:pPr>
            <w:r w:rsidRPr="00FA7FBC">
              <w:rPr>
                <w:rFonts w:eastAsia="Arial" w:cs="Arial"/>
                <w:b/>
                <w:color w:val="FFFFFF"/>
                <w:sz w:val="19"/>
                <w:szCs w:val="24"/>
              </w:rPr>
              <w:t>CPF</w:t>
            </w:r>
          </w:p>
        </w:tc>
        <w:tc>
          <w:tcPr>
            <w:tcW w:w="2376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473168" w14:textId="77777777" w:rsidR="00391185" w:rsidRPr="00FA7FBC" w:rsidRDefault="00391185" w:rsidP="004F225D">
            <w:pPr>
              <w:keepNext/>
              <w:spacing w:after="20" w:line="250" w:lineRule="auto"/>
              <w:jc w:val="center"/>
              <w:rPr>
                <w:rFonts w:cs="Arial"/>
                <w:color w:val="auto"/>
                <w:sz w:val="24"/>
                <w:szCs w:val="24"/>
              </w:rPr>
            </w:pPr>
            <w:r w:rsidRPr="00FA7FBC">
              <w:rPr>
                <w:rFonts w:eastAsia="Arial" w:cs="Arial"/>
                <w:b/>
                <w:color w:val="FFFFFF"/>
                <w:sz w:val="19"/>
                <w:szCs w:val="24"/>
              </w:rPr>
              <w:t>Função</w:t>
            </w:r>
          </w:p>
        </w:tc>
        <w:tc>
          <w:tcPr>
            <w:tcW w:w="2808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3F2DF0" w14:textId="77777777" w:rsidR="00391185" w:rsidRPr="00FA7FBC" w:rsidRDefault="00391185" w:rsidP="004F225D">
            <w:pPr>
              <w:keepNext/>
              <w:spacing w:after="20" w:line="250" w:lineRule="auto"/>
              <w:jc w:val="center"/>
              <w:rPr>
                <w:rFonts w:cs="Arial"/>
                <w:color w:val="auto"/>
                <w:sz w:val="24"/>
                <w:szCs w:val="24"/>
              </w:rPr>
            </w:pPr>
            <w:r w:rsidRPr="00FA7FBC">
              <w:rPr>
                <w:rFonts w:eastAsia="Arial" w:cs="Arial"/>
                <w:b/>
                <w:color w:val="FFFFFF"/>
                <w:sz w:val="19"/>
                <w:szCs w:val="24"/>
              </w:rPr>
              <w:t>Assinatura</w:t>
            </w:r>
          </w:p>
        </w:tc>
      </w:tr>
      <w:tr w:rsidR="00391185" w14:paraId="1FF90580" w14:textId="77777777" w:rsidTr="004F225D">
        <w:trPr>
          <w:cantSplit/>
          <w:jc w:val="center"/>
        </w:trPr>
        <w:tc>
          <w:tcPr>
            <w:tcW w:w="237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F47625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653AF7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37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93E12E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8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329E8B" w14:textId="77777777" w:rsidR="00391185" w:rsidRDefault="00391185" w:rsidP="004F225D">
            <w:pPr>
              <w:spacing w:after="20" w:line="250" w:lineRule="auto"/>
              <w:jc w:val="left"/>
            </w:pPr>
          </w:p>
        </w:tc>
      </w:tr>
      <w:tr w:rsidR="00391185" w14:paraId="0B3F3126" w14:textId="77777777" w:rsidTr="004F225D">
        <w:trPr>
          <w:cantSplit/>
          <w:jc w:val="center"/>
        </w:trPr>
        <w:tc>
          <w:tcPr>
            <w:tcW w:w="237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54D286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23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1D1C0B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37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C9C922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808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35EFDA" w14:textId="77777777" w:rsidR="00391185" w:rsidRDefault="00391185" w:rsidP="004F225D">
            <w:pPr>
              <w:spacing w:after="20" w:line="250" w:lineRule="auto"/>
              <w:jc w:val="left"/>
            </w:pPr>
          </w:p>
        </w:tc>
      </w:tr>
      <w:tr w:rsidR="00391185" w14:paraId="23736CE5" w14:textId="77777777" w:rsidTr="004F225D">
        <w:trPr>
          <w:cantSplit/>
          <w:jc w:val="center"/>
        </w:trPr>
        <w:tc>
          <w:tcPr>
            <w:tcW w:w="237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4D4611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85A3B0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37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E5628A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8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022C8A" w14:textId="77777777" w:rsidR="00391185" w:rsidRDefault="00391185" w:rsidP="004F225D">
            <w:pPr>
              <w:spacing w:after="20" w:line="250" w:lineRule="auto"/>
              <w:jc w:val="left"/>
            </w:pPr>
          </w:p>
        </w:tc>
      </w:tr>
      <w:tr w:rsidR="00391185" w14:paraId="556D7F57" w14:textId="77777777" w:rsidTr="004F225D">
        <w:trPr>
          <w:cantSplit/>
          <w:jc w:val="center"/>
        </w:trPr>
        <w:tc>
          <w:tcPr>
            <w:tcW w:w="237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2560F7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23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059A0E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37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F3D903" w14:textId="77777777" w:rsidR="00391185" w:rsidRDefault="00391185" w:rsidP="004F225D">
            <w:pPr>
              <w:spacing w:after="20" w:line="250" w:lineRule="auto"/>
              <w:jc w:val="left"/>
            </w:pPr>
          </w:p>
        </w:tc>
        <w:tc>
          <w:tcPr>
            <w:tcW w:w="2808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D91E55" w14:textId="77777777" w:rsidR="00391185" w:rsidRDefault="00391185" w:rsidP="004F225D">
            <w:pPr>
              <w:spacing w:after="20" w:line="250" w:lineRule="auto"/>
              <w:jc w:val="left"/>
            </w:pPr>
          </w:p>
        </w:tc>
      </w:tr>
    </w:tbl>
    <w:p w14:paraId="64BB0BFD" w14:textId="77777777" w:rsidR="00391185" w:rsidRPr="00FA7FBC" w:rsidRDefault="00391185" w:rsidP="00391185">
      <w:pPr>
        <w:spacing w:after="140" w:line="240" w:lineRule="auto"/>
        <w:rPr>
          <w:rFonts w:cs="Arial"/>
          <w:color w:val="auto"/>
          <w:sz w:val="24"/>
          <w:szCs w:val="24"/>
        </w:rPr>
      </w:pPr>
    </w:p>
    <w:p w14:paraId="76C7CB83" w14:textId="77777777" w:rsidR="00391185" w:rsidRPr="00FA7FBC" w:rsidRDefault="00391185" w:rsidP="00391185">
      <w:pPr>
        <w:rPr>
          <w:rFonts w:cs="Arial"/>
          <w:color w:val="auto"/>
          <w:sz w:val="24"/>
          <w:szCs w:val="24"/>
        </w:rPr>
      </w:pPr>
      <w:r w:rsidRPr="00FA7FBC">
        <w:rPr>
          <w:rFonts w:eastAsia="Arial" w:cs="Arial"/>
          <w:szCs w:val="24"/>
        </w:rPr>
        <w:t>Declaramos que as informações são verdadeiras e que os integrantes estão cientes das condições deste Edital.</w:t>
      </w:r>
    </w:p>
    <w:p w14:paraId="69D7624A" w14:textId="77777777" w:rsidR="00391185" w:rsidRPr="00FA7FBC" w:rsidRDefault="00391185" w:rsidP="00391185">
      <w:pPr>
        <w:rPr>
          <w:rFonts w:cs="Arial"/>
          <w:color w:val="auto"/>
          <w:sz w:val="24"/>
          <w:szCs w:val="24"/>
        </w:rPr>
      </w:pPr>
      <w:r w:rsidRPr="00FA7FBC">
        <w:rPr>
          <w:rFonts w:eastAsia="Arial" w:cs="Arial"/>
          <w:szCs w:val="24"/>
        </w:rPr>
        <w:t xml:space="preserve">Silveiras/SP, ____ de ______________ </w:t>
      </w:r>
      <w:proofErr w:type="spellStart"/>
      <w:r w:rsidRPr="00FA7FBC">
        <w:rPr>
          <w:rFonts w:eastAsia="Arial" w:cs="Arial"/>
          <w:szCs w:val="24"/>
        </w:rPr>
        <w:t>de</w:t>
      </w:r>
      <w:proofErr w:type="spellEnd"/>
      <w:r w:rsidRPr="00FA7FBC">
        <w:rPr>
          <w:rFonts w:eastAsia="Arial" w:cs="Arial"/>
          <w:szCs w:val="24"/>
        </w:rPr>
        <w:t xml:space="preserve"> ______.</w:t>
      </w:r>
    </w:p>
    <w:p w14:paraId="06E29AE9" w14:textId="77777777" w:rsidR="00391185" w:rsidRPr="00FA7FBC" w:rsidRDefault="00391185" w:rsidP="00391185">
      <w:pPr>
        <w:pBdr>
          <w:bottom w:val="single" w:sz="6" w:space="1" w:color="A6A6A6"/>
        </w:pBdr>
        <w:spacing w:after="140" w:line="240" w:lineRule="auto"/>
        <w:rPr>
          <w:rFonts w:cs="Arial"/>
          <w:color w:val="auto"/>
          <w:sz w:val="24"/>
          <w:szCs w:val="24"/>
        </w:rPr>
      </w:pPr>
    </w:p>
    <w:p w14:paraId="3E5D90F2" w14:textId="77777777" w:rsidR="00391185" w:rsidRPr="00FA7FBC" w:rsidRDefault="00391185" w:rsidP="00391185">
      <w:pPr>
        <w:jc w:val="center"/>
        <w:rPr>
          <w:rFonts w:cs="Arial"/>
          <w:color w:val="auto"/>
          <w:sz w:val="24"/>
          <w:szCs w:val="24"/>
        </w:rPr>
      </w:pPr>
      <w:r w:rsidRPr="00FA7FBC">
        <w:rPr>
          <w:rFonts w:eastAsia="Arial" w:cs="Arial"/>
          <w:b/>
          <w:szCs w:val="24"/>
        </w:rPr>
        <w:t>Representante</w:t>
      </w:r>
    </w:p>
    <w:p w14:paraId="268E6583" w14:textId="77777777" w:rsidR="00391185" w:rsidRPr="00FA7FBC" w:rsidRDefault="00391185" w:rsidP="00391185">
      <w:pPr>
        <w:pBdr>
          <w:bottom w:val="single" w:sz="6" w:space="1" w:color="A6A6A6"/>
        </w:pBdr>
        <w:spacing w:after="140" w:line="240" w:lineRule="auto"/>
        <w:rPr>
          <w:rFonts w:cs="Arial"/>
          <w:color w:val="auto"/>
          <w:sz w:val="24"/>
          <w:szCs w:val="24"/>
        </w:rPr>
      </w:pPr>
    </w:p>
    <w:p w14:paraId="02EDCF38" w14:textId="77777777" w:rsidR="00D07EFB" w:rsidRPr="00D07EFB" w:rsidRDefault="00D07EFB" w:rsidP="00391185">
      <w:pPr>
        <w:jc w:val="center"/>
      </w:pPr>
    </w:p>
    <w:sectPr w:rsidR="00D07EFB" w:rsidRPr="00D07EFB" w:rsidSect="00034616">
      <w:footerReference w:type="default" r:id="rId8"/>
      <w:pgSz w:w="11906" w:h="16838"/>
      <w:pgMar w:top="965" w:right="1037" w:bottom="936" w:left="1037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47958" w14:textId="77777777" w:rsidR="00326ECA" w:rsidRDefault="00326ECA">
      <w:pPr>
        <w:spacing w:after="0" w:line="240" w:lineRule="auto"/>
      </w:pPr>
      <w:r>
        <w:separator/>
      </w:r>
    </w:p>
  </w:endnote>
  <w:endnote w:type="continuationSeparator" w:id="0">
    <w:p w14:paraId="02643AE1" w14:textId="77777777" w:rsidR="00326ECA" w:rsidRDefault="00326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8B34" w14:textId="77777777" w:rsidR="00A07D26" w:rsidRDefault="00000000">
    <w:pPr>
      <w:jc w:val="right"/>
    </w:pPr>
    <w:r>
      <w:rPr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5B2D7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D90A2" w14:textId="77777777" w:rsidR="00326ECA" w:rsidRDefault="00326ECA">
      <w:pPr>
        <w:spacing w:after="0" w:line="240" w:lineRule="auto"/>
      </w:pPr>
      <w:r>
        <w:separator/>
      </w:r>
    </w:p>
  </w:footnote>
  <w:footnote w:type="continuationSeparator" w:id="0">
    <w:p w14:paraId="2A13D828" w14:textId="77777777" w:rsidR="00326ECA" w:rsidRDefault="00326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652999">
    <w:abstractNumId w:val="8"/>
  </w:num>
  <w:num w:numId="2" w16cid:durableId="1321958557">
    <w:abstractNumId w:val="6"/>
  </w:num>
  <w:num w:numId="3" w16cid:durableId="1773361142">
    <w:abstractNumId w:val="5"/>
  </w:num>
  <w:num w:numId="4" w16cid:durableId="236785690">
    <w:abstractNumId w:val="4"/>
  </w:num>
  <w:num w:numId="5" w16cid:durableId="1457723862">
    <w:abstractNumId w:val="7"/>
  </w:num>
  <w:num w:numId="6" w16cid:durableId="80179481">
    <w:abstractNumId w:val="3"/>
  </w:num>
  <w:num w:numId="7" w16cid:durableId="734277506">
    <w:abstractNumId w:val="2"/>
  </w:num>
  <w:num w:numId="8" w16cid:durableId="1479566164">
    <w:abstractNumId w:val="1"/>
  </w:num>
  <w:num w:numId="9" w16cid:durableId="120810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75"/>
    <w:rsid w:val="00034616"/>
    <w:rsid w:val="0006063C"/>
    <w:rsid w:val="00086911"/>
    <w:rsid w:val="000E0E05"/>
    <w:rsid w:val="000F1F66"/>
    <w:rsid w:val="00143A4C"/>
    <w:rsid w:val="0015074B"/>
    <w:rsid w:val="00194854"/>
    <w:rsid w:val="001A1713"/>
    <w:rsid w:val="001E3DCB"/>
    <w:rsid w:val="001F180E"/>
    <w:rsid w:val="00210AC8"/>
    <w:rsid w:val="002155E1"/>
    <w:rsid w:val="002554FE"/>
    <w:rsid w:val="002571F5"/>
    <w:rsid w:val="00286DD1"/>
    <w:rsid w:val="0029639D"/>
    <w:rsid w:val="002F0715"/>
    <w:rsid w:val="00326ECA"/>
    <w:rsid w:val="00326F90"/>
    <w:rsid w:val="00331AF8"/>
    <w:rsid w:val="00381FB9"/>
    <w:rsid w:val="00391185"/>
    <w:rsid w:val="00395D60"/>
    <w:rsid w:val="003C729C"/>
    <w:rsid w:val="003E271B"/>
    <w:rsid w:val="003E43DA"/>
    <w:rsid w:val="00406B09"/>
    <w:rsid w:val="004A2AF9"/>
    <w:rsid w:val="004E4BF4"/>
    <w:rsid w:val="00550D6F"/>
    <w:rsid w:val="005A2CDB"/>
    <w:rsid w:val="005B2D73"/>
    <w:rsid w:val="005C3D98"/>
    <w:rsid w:val="006051A9"/>
    <w:rsid w:val="0062501C"/>
    <w:rsid w:val="00664FF5"/>
    <w:rsid w:val="006B1AD7"/>
    <w:rsid w:val="00746819"/>
    <w:rsid w:val="008D6D4E"/>
    <w:rsid w:val="008E258B"/>
    <w:rsid w:val="00921FD4"/>
    <w:rsid w:val="009424B6"/>
    <w:rsid w:val="009478E2"/>
    <w:rsid w:val="009578B1"/>
    <w:rsid w:val="0097257B"/>
    <w:rsid w:val="00992C7A"/>
    <w:rsid w:val="00A0234B"/>
    <w:rsid w:val="00A030A1"/>
    <w:rsid w:val="00A07D26"/>
    <w:rsid w:val="00A4464D"/>
    <w:rsid w:val="00A47886"/>
    <w:rsid w:val="00AA1D8D"/>
    <w:rsid w:val="00AC5250"/>
    <w:rsid w:val="00B437B1"/>
    <w:rsid w:val="00B47730"/>
    <w:rsid w:val="00B627CA"/>
    <w:rsid w:val="00BA3F14"/>
    <w:rsid w:val="00BB42CE"/>
    <w:rsid w:val="00C61093"/>
    <w:rsid w:val="00C657C2"/>
    <w:rsid w:val="00CB0664"/>
    <w:rsid w:val="00CB099D"/>
    <w:rsid w:val="00CB12E6"/>
    <w:rsid w:val="00D07EFB"/>
    <w:rsid w:val="00D975DF"/>
    <w:rsid w:val="00DD67B2"/>
    <w:rsid w:val="00E06CCF"/>
    <w:rsid w:val="00E337A7"/>
    <w:rsid w:val="00E93E5E"/>
    <w:rsid w:val="00EE1409"/>
    <w:rsid w:val="00EF4A04"/>
    <w:rsid w:val="00FA0F43"/>
    <w:rsid w:val="00FA7FBC"/>
    <w:rsid w:val="00FC693F"/>
    <w:rsid w:val="00F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86B1FA"/>
  <w14:defaultImageDpi w14:val="300"/>
  <w15:docId w15:val="{5764A7C7-F0BD-4D9C-BBAB-FED447B5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250"/>
    <w:pPr>
      <w:spacing w:after="100" w:line="259" w:lineRule="auto"/>
      <w:jc w:val="both"/>
    </w:pPr>
    <w:rPr>
      <w:rFonts w:ascii="Arial" w:hAnsi="Arial"/>
      <w:color w:val="00000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7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spacing w:before="18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spacing w:before="18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 Title"/>
    <w:pPr>
      <w:spacing w:after="140"/>
      <w:jc w:val="center"/>
    </w:pPr>
    <w:rPr>
      <w:rFonts w:ascii="Arial" w:hAnsi="Arial"/>
      <w:b/>
      <w:color w:val="2F5597"/>
      <w:sz w:val="32"/>
    </w:rPr>
  </w:style>
  <w:style w:type="paragraph" w:customStyle="1" w:styleId="CoverNote">
    <w:name w:val="Cover Note"/>
    <w:pPr>
      <w:spacing w:after="140"/>
      <w:jc w:val="both"/>
    </w:pPr>
    <w:rPr>
      <w:rFonts w:ascii="Arial" w:hAnsi="Arial"/>
      <w:color w:val="1F1F1F"/>
      <w:sz w:val="21"/>
    </w:rPr>
  </w:style>
  <w:style w:type="paragraph" w:customStyle="1" w:styleId="InstitutionalH1">
    <w:name w:val="Institutional H1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8"/>
    </w:rPr>
  </w:style>
  <w:style w:type="paragraph" w:customStyle="1" w:styleId="InstitutionalH2">
    <w:name w:val="Institutional H2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3"/>
    </w:rPr>
  </w:style>
  <w:style w:type="paragraph" w:customStyle="1" w:styleId="InternalH1">
    <w:name w:val="Internal H1"/>
    <w:pPr>
      <w:spacing w:after="140"/>
      <w:jc w:val="center"/>
    </w:pPr>
    <w:rPr>
      <w:rFonts w:ascii="Arial" w:hAnsi="Arial"/>
      <w:b/>
      <w:color w:val="000000"/>
      <w:sz w:val="3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Arial" w:hAnsi="Arial"/>
      <w:color w:val="000000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PendnciaMunicipal">
    <w:name w:val="Pendência Municipal"/>
    <w:basedOn w:val="Normal"/>
    <w:pPr>
      <w:spacing w:before="100"/>
    </w:pPr>
    <w:rPr>
      <w:b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Minuta do Chamamento Público 01 de 2026 da PNAB em Silveiras</vt:lpstr>
      <vt:lpstr/>
    </vt:vector>
  </TitlesOfParts>
  <Manager/>
  <Company/>
  <LinksUpToDate>false</LinksUpToDate>
  <CharactersWithSpaces>1076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Chamamento Público 01 de 2026 da PNAB em Silveiras</dc:title>
  <dc:subject>Ciclo 2 da PNAB com perguntas municipais em vermelho e anexos harmonizados</dc:subject>
  <dc:creator>Jonathan Mackenzie</dc:creator>
  <cp:keywords>PNAB; Silveiras; Lei Aldir Blanc; fomento cultural; cronograma; edital</cp:keywords>
  <dc:description>generated by python-docx</dc:description>
  <cp:lastModifiedBy>Miguel Mota</cp:lastModifiedBy>
  <cp:revision>6</cp:revision>
  <cp:lastPrinted>2026-10-21T16:23:00Z</cp:lastPrinted>
  <dcterms:created xsi:type="dcterms:W3CDTF">2026-10-22T15:31:00Z</dcterms:created>
  <dcterms:modified xsi:type="dcterms:W3CDTF">2026-10-22T16:07:00Z</dcterms:modified>
  <cp:category/>
</cp:coreProperties>
</file>