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2EDCF38" w14:textId="69F3DFE1" w:rsidR="00D07EFB" w:rsidRDefault="00D07EFB" w:rsidP="00EC1AE9"/>
    <w:p w14:paraId="4BE09780" w14:textId="0220DE66" w:rsidR="00EC1AE9" w:rsidRDefault="00EC1AE9" w:rsidP="00EC1AE9"/>
    <w:p w14:paraId="6A31211C" w14:textId="77777777" w:rsidR="00EC1AE9" w:rsidRPr="00EC1AE9" w:rsidRDefault="00EC1AE9" w:rsidP="00EC1AE9">
      <w:pPr>
        <w:jc w:val="center"/>
        <w:rPr>
          <w:b/>
          <w:bCs/>
        </w:rPr>
      </w:pPr>
      <w:r w:rsidRPr="00EC1AE9">
        <w:rPr>
          <w:b/>
          <w:bCs/>
        </w:rPr>
        <w:t>ANEXO VIII DECLARAÇÃO ÉTNICO-RACIAL</w:t>
      </w:r>
    </w:p>
    <w:p w14:paraId="79D014EC" w14:textId="77777777" w:rsidR="00EC1AE9" w:rsidRPr="00EC1AE9" w:rsidRDefault="00EC1AE9" w:rsidP="00EC1AE9">
      <w:pPr>
        <w:jc w:val="center"/>
        <w:rPr>
          <w:b/>
          <w:bCs/>
        </w:rPr>
      </w:pPr>
      <w:r w:rsidRPr="00EC1AE9">
        <w:t>Chamamento Público nº 01/2026</w:t>
      </w:r>
    </w:p>
    <w:p w14:paraId="3EBF9533" w14:textId="77777777" w:rsidR="00EC1AE9" w:rsidRPr="00EC1AE9" w:rsidRDefault="00EC1AE9" w:rsidP="00EC1AE9">
      <w:pPr>
        <w:jc w:val="center"/>
        <w:rPr>
          <w:b/>
          <w:bCs/>
        </w:rPr>
      </w:pPr>
      <w:r w:rsidRPr="00EC1AE9">
        <w:rPr>
          <w:b/>
          <w:bCs/>
        </w:rPr>
        <w:t>Processo nº 134/2026</w:t>
      </w:r>
    </w:p>
    <w:p w14:paraId="56CB9BEB" w14:textId="61672A83" w:rsidR="00EC1AE9" w:rsidRDefault="00EC1AE9" w:rsidP="00EC1AE9">
      <w:pPr>
        <w:jc w:val="center"/>
      </w:pPr>
      <w:r w:rsidRPr="00EC1AE9">
        <w:t>PNAB Ciclo 2 • Silveiras 2026</w:t>
      </w:r>
    </w:p>
    <w:p w14:paraId="4DD6D39B" w14:textId="77777777" w:rsidR="00EC1AE9" w:rsidRPr="00EC1AE9" w:rsidRDefault="00EC1AE9" w:rsidP="00EC1AE9">
      <w:pPr>
        <w:jc w:val="center"/>
        <w:rPr>
          <w:b/>
          <w:bCs/>
        </w:rPr>
      </w:pPr>
    </w:p>
    <w:p w14:paraId="5C2970C5" w14:textId="77777777" w:rsidR="00EC1AE9" w:rsidRPr="00EC1AE9" w:rsidRDefault="00EC1AE9" w:rsidP="00EC1AE9"/>
    <w:p w14:paraId="3CD80CB5" w14:textId="77777777" w:rsidR="00EC1AE9" w:rsidRPr="00EC1AE9" w:rsidRDefault="00EC1AE9" w:rsidP="00EC1AE9">
      <w:r w:rsidRPr="00EC1AE9">
        <w:t>Eu, ____________________________________________, CPF nº ____________________, RG nº ____________________, para fins de participação no Chamamento Público nº 01/2026, DECLARO que sou:</w:t>
      </w:r>
    </w:p>
    <w:p w14:paraId="476C5F1C" w14:textId="77777777" w:rsidR="00EC1AE9" w:rsidRPr="00EC1AE9" w:rsidRDefault="00EC1AE9" w:rsidP="00EC1AE9">
      <w:proofErr w:type="gramStart"/>
      <w:r w:rsidRPr="00EC1AE9">
        <w:t>( )</w:t>
      </w:r>
      <w:proofErr w:type="gramEnd"/>
      <w:r w:rsidRPr="00EC1AE9">
        <w:t xml:space="preserve"> pessoa negra – preta ou parda;</w:t>
      </w:r>
    </w:p>
    <w:p w14:paraId="23898978" w14:textId="77777777" w:rsidR="00EC1AE9" w:rsidRPr="00EC1AE9" w:rsidRDefault="00EC1AE9" w:rsidP="00EC1AE9">
      <w:proofErr w:type="gramStart"/>
      <w:r w:rsidRPr="00EC1AE9">
        <w:t>( )</w:t>
      </w:r>
      <w:proofErr w:type="gramEnd"/>
      <w:r w:rsidRPr="00EC1AE9">
        <w:t xml:space="preserve"> pessoa indígena.</w:t>
      </w:r>
    </w:p>
    <w:p w14:paraId="6E6B8154" w14:textId="77777777" w:rsidR="00EC1AE9" w:rsidRPr="00EC1AE9" w:rsidRDefault="00EC1AE9" w:rsidP="00EC1AE9">
      <w:r w:rsidRPr="00EC1AE9">
        <w:t>Declaro estar ciente de que informação falsa poderá acarretar desclassificação e demais consequências previstas em lei.</w:t>
      </w:r>
    </w:p>
    <w:p w14:paraId="7BC104CE" w14:textId="77777777" w:rsidR="00B05AF2" w:rsidRDefault="00B05AF2" w:rsidP="00EC1AE9"/>
    <w:p w14:paraId="249B2CBE" w14:textId="77777777" w:rsidR="00B05AF2" w:rsidRDefault="00B05AF2" w:rsidP="00EC1AE9"/>
    <w:p w14:paraId="2D4D7152" w14:textId="36E259C8" w:rsidR="00EC1AE9" w:rsidRPr="00EC1AE9" w:rsidRDefault="00EC1AE9" w:rsidP="00EC1AE9">
      <w:r w:rsidRPr="00EC1AE9">
        <w:t xml:space="preserve">Silveiras/SP, ____ de ______________ </w:t>
      </w:r>
      <w:proofErr w:type="spellStart"/>
      <w:r w:rsidRPr="00EC1AE9">
        <w:t>de</w:t>
      </w:r>
      <w:proofErr w:type="spellEnd"/>
      <w:r w:rsidRPr="00EC1AE9">
        <w:t xml:space="preserve"> ______.</w:t>
      </w:r>
    </w:p>
    <w:p w14:paraId="0F012FBB" w14:textId="77777777" w:rsidR="00EC1AE9" w:rsidRPr="00EC1AE9" w:rsidRDefault="00EC1AE9" w:rsidP="00EC1AE9"/>
    <w:p w14:paraId="3B90E3B6" w14:textId="77777777" w:rsidR="00EC1AE9" w:rsidRPr="00EC1AE9" w:rsidRDefault="00EC1AE9" w:rsidP="00B05AF2">
      <w:pPr>
        <w:jc w:val="center"/>
      </w:pPr>
      <w:r w:rsidRPr="00EC1AE9">
        <w:rPr>
          <w:b/>
        </w:rPr>
        <w:t>Assinatura do declarante</w:t>
      </w:r>
    </w:p>
    <w:p w14:paraId="407CA199" w14:textId="77777777" w:rsidR="00EC1AE9" w:rsidRPr="00EC1AE9" w:rsidRDefault="00EC1AE9" w:rsidP="00EC1AE9"/>
    <w:p w14:paraId="42009AD0" w14:textId="77777777" w:rsidR="00EC1AE9" w:rsidRPr="00EC1AE9" w:rsidRDefault="00EC1AE9" w:rsidP="00EC1AE9"/>
    <w:sectPr w:rsidR="00EC1AE9" w:rsidRPr="00EC1AE9" w:rsidSect="00034616">
      <w:footerReference w:type="default" r:id="rId8"/>
      <w:pgSz w:w="11906" w:h="16838"/>
      <w:pgMar w:top="965" w:right="1037" w:bottom="936" w:left="1037" w:header="360" w:footer="36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4596E44" w14:textId="77777777" w:rsidR="00ED707E" w:rsidRDefault="00ED707E">
      <w:pPr>
        <w:spacing w:after="0" w:line="240" w:lineRule="auto"/>
      </w:pPr>
      <w:r>
        <w:separator/>
      </w:r>
    </w:p>
  </w:endnote>
  <w:endnote w:type="continuationSeparator" w:id="0">
    <w:p w14:paraId="7E923B60" w14:textId="77777777" w:rsidR="00ED707E" w:rsidRDefault="00ED707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Yu Gothic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538B34" w14:textId="77777777" w:rsidR="00A07D26" w:rsidRDefault="00000000">
    <w:pPr>
      <w:jc w:val="right"/>
    </w:pPr>
    <w:r>
      <w:rPr>
        <w:sz w:val="16"/>
      </w:rPr>
      <w:t xml:space="preserve">Página </w:t>
    </w:r>
    <w:r>
      <w:fldChar w:fldCharType="begin"/>
    </w:r>
    <w:r>
      <w:instrText>PAGE</w:instrText>
    </w:r>
    <w:r>
      <w:fldChar w:fldCharType="separate"/>
    </w:r>
    <w:r w:rsidR="005B2D73">
      <w:rPr>
        <w:noProof/>
      </w:rPr>
      <w:t>1</w:t>
    </w:r>
    <w: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1348B44" w14:textId="77777777" w:rsidR="00ED707E" w:rsidRDefault="00ED707E">
      <w:pPr>
        <w:spacing w:after="0" w:line="240" w:lineRule="auto"/>
      </w:pPr>
      <w:r>
        <w:separator/>
      </w:r>
    </w:p>
  </w:footnote>
  <w:footnote w:type="continuationSeparator" w:id="0">
    <w:p w14:paraId="3077A430" w14:textId="77777777" w:rsidR="00ED707E" w:rsidRDefault="00ED707E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Numerada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Numerada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Commarcadores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Commarcadores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Numerad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Commarcadores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460652999">
    <w:abstractNumId w:val="8"/>
  </w:num>
  <w:num w:numId="2" w16cid:durableId="1321958557">
    <w:abstractNumId w:val="6"/>
  </w:num>
  <w:num w:numId="3" w16cid:durableId="1773361142">
    <w:abstractNumId w:val="5"/>
  </w:num>
  <w:num w:numId="4" w16cid:durableId="236785690">
    <w:abstractNumId w:val="4"/>
  </w:num>
  <w:num w:numId="5" w16cid:durableId="1457723862">
    <w:abstractNumId w:val="7"/>
  </w:num>
  <w:num w:numId="6" w16cid:durableId="80179481">
    <w:abstractNumId w:val="3"/>
  </w:num>
  <w:num w:numId="7" w16cid:durableId="734277506">
    <w:abstractNumId w:val="2"/>
  </w:num>
  <w:num w:numId="8" w16cid:durableId="1479566164">
    <w:abstractNumId w:val="1"/>
  </w:num>
  <w:num w:numId="9" w16cid:durableId="120810966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04975"/>
    <w:rsid w:val="00034616"/>
    <w:rsid w:val="0006063C"/>
    <w:rsid w:val="00086911"/>
    <w:rsid w:val="000E0E05"/>
    <w:rsid w:val="000F1F66"/>
    <w:rsid w:val="0015074B"/>
    <w:rsid w:val="00194854"/>
    <w:rsid w:val="001A1713"/>
    <w:rsid w:val="001E3DCB"/>
    <w:rsid w:val="001F180E"/>
    <w:rsid w:val="00210AC8"/>
    <w:rsid w:val="002155E1"/>
    <w:rsid w:val="002554FE"/>
    <w:rsid w:val="002571F5"/>
    <w:rsid w:val="00286DD1"/>
    <w:rsid w:val="0029639D"/>
    <w:rsid w:val="002F0715"/>
    <w:rsid w:val="00326F90"/>
    <w:rsid w:val="00331AF8"/>
    <w:rsid w:val="00381FB9"/>
    <w:rsid w:val="003C729C"/>
    <w:rsid w:val="003E271B"/>
    <w:rsid w:val="003E43DA"/>
    <w:rsid w:val="00406B09"/>
    <w:rsid w:val="004A2AF9"/>
    <w:rsid w:val="004E4BF4"/>
    <w:rsid w:val="005A2CDB"/>
    <w:rsid w:val="005B2D73"/>
    <w:rsid w:val="005C3D98"/>
    <w:rsid w:val="006051A9"/>
    <w:rsid w:val="00664FF5"/>
    <w:rsid w:val="006B1AD7"/>
    <w:rsid w:val="00746819"/>
    <w:rsid w:val="007A0252"/>
    <w:rsid w:val="008D6D4E"/>
    <w:rsid w:val="008E258B"/>
    <w:rsid w:val="00921FD4"/>
    <w:rsid w:val="0092223F"/>
    <w:rsid w:val="009424B6"/>
    <w:rsid w:val="009478E2"/>
    <w:rsid w:val="009578B1"/>
    <w:rsid w:val="0097257B"/>
    <w:rsid w:val="00992C7A"/>
    <w:rsid w:val="00A0234B"/>
    <w:rsid w:val="00A030A1"/>
    <w:rsid w:val="00A07D26"/>
    <w:rsid w:val="00A4464D"/>
    <w:rsid w:val="00A47886"/>
    <w:rsid w:val="00AA1D8D"/>
    <w:rsid w:val="00AC5250"/>
    <w:rsid w:val="00B05AF2"/>
    <w:rsid w:val="00B47730"/>
    <w:rsid w:val="00BB42CE"/>
    <w:rsid w:val="00C61093"/>
    <w:rsid w:val="00CB0664"/>
    <w:rsid w:val="00CB099D"/>
    <w:rsid w:val="00CB12E6"/>
    <w:rsid w:val="00D07EFB"/>
    <w:rsid w:val="00D975DF"/>
    <w:rsid w:val="00E06CCF"/>
    <w:rsid w:val="00E337A7"/>
    <w:rsid w:val="00EC1AE9"/>
    <w:rsid w:val="00ED707E"/>
    <w:rsid w:val="00EE1409"/>
    <w:rsid w:val="00FA0F43"/>
    <w:rsid w:val="00FA7FBC"/>
    <w:rsid w:val="00FC693F"/>
    <w:rsid w:val="00FE31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3C86B1FA"/>
  <w14:defaultImageDpi w14:val="300"/>
  <w15:docId w15:val="{5764A7C7-F0BD-4D9C-BBAB-FED447B5693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C5250"/>
    <w:pPr>
      <w:spacing w:after="100" w:line="259" w:lineRule="auto"/>
      <w:jc w:val="both"/>
    </w:pPr>
    <w:rPr>
      <w:rFonts w:ascii="Arial" w:hAnsi="Arial"/>
      <w:color w:val="000000"/>
      <w:lang w:val="pt-BR"/>
    </w:rPr>
  </w:style>
  <w:style w:type="paragraph" w:styleId="Ttulo1">
    <w:name w:val="heading 1"/>
    <w:basedOn w:val="Normal"/>
    <w:next w:val="Normal"/>
    <w:link w:val="Ttulo1Char"/>
    <w:uiPriority w:val="9"/>
    <w:qFormat/>
    <w:rsid w:val="00FC693F"/>
    <w:pPr>
      <w:keepNext/>
      <w:keepLines/>
      <w:spacing w:before="180"/>
      <w:outlineLvl w:val="0"/>
    </w:pPr>
    <w:rPr>
      <w:rFonts w:asciiTheme="majorHAnsi" w:eastAsiaTheme="majorEastAsia" w:hAnsiTheme="majorHAnsi" w:cstheme="majorBidi"/>
      <w:b/>
      <w:bCs/>
      <w:sz w:val="27"/>
      <w:szCs w:val="28"/>
    </w:rPr>
  </w:style>
  <w:style w:type="paragraph" w:styleId="Ttulo2">
    <w:name w:val="heading 2"/>
    <w:basedOn w:val="Normal"/>
    <w:next w:val="Normal"/>
    <w:link w:val="Ttulo2Char"/>
    <w:uiPriority w:val="9"/>
    <w:unhideWhenUsed/>
    <w:qFormat/>
    <w:rsid w:val="00FC693F"/>
    <w:pPr>
      <w:keepNext/>
      <w:keepLines/>
      <w:spacing w:before="180"/>
      <w:outlineLvl w:val="1"/>
    </w:pPr>
    <w:rPr>
      <w:rFonts w:asciiTheme="majorHAnsi" w:eastAsiaTheme="majorEastAsia" w:hAnsiTheme="majorHAnsi" w:cstheme="majorBidi"/>
      <w:b/>
      <w:bCs/>
      <w:sz w:val="23"/>
      <w:szCs w:val="26"/>
    </w:rPr>
  </w:style>
  <w:style w:type="paragraph" w:styleId="Ttulo3">
    <w:name w:val="heading 3"/>
    <w:basedOn w:val="Normal"/>
    <w:next w:val="Normal"/>
    <w:link w:val="Ttulo3Char"/>
    <w:uiPriority w:val="9"/>
    <w:unhideWhenUsed/>
    <w:qFormat/>
    <w:rsid w:val="00FC693F"/>
    <w:pPr>
      <w:keepNext/>
      <w:keepLines/>
      <w:spacing w:before="180"/>
      <w:outlineLvl w:val="2"/>
    </w:pPr>
    <w:rPr>
      <w:rFonts w:asciiTheme="majorHAnsi" w:eastAsiaTheme="majorEastAsia" w:hAnsiTheme="majorHAnsi" w:cstheme="majorBidi"/>
      <w:b/>
      <w:bCs/>
    </w:rPr>
  </w:style>
  <w:style w:type="paragraph" w:styleId="Ttulo4">
    <w:name w:val="heading 4"/>
    <w:basedOn w:val="Normal"/>
    <w:next w:val="Normal"/>
    <w:link w:val="Ttulo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Ttulo5">
    <w:name w:val="heading 5"/>
    <w:basedOn w:val="Normal"/>
    <w:next w:val="Normal"/>
    <w:link w:val="Ttulo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Ttulo6">
    <w:name w:val="heading 6"/>
    <w:basedOn w:val="Normal"/>
    <w:next w:val="Normal"/>
    <w:link w:val="Ttulo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Ttulo7">
    <w:name w:val="heading 7"/>
    <w:basedOn w:val="Normal"/>
    <w:next w:val="Normal"/>
    <w:link w:val="Ttulo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tulo8">
    <w:name w:val="heading 8"/>
    <w:basedOn w:val="Normal"/>
    <w:next w:val="Normal"/>
    <w:link w:val="Ttulo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Ttulo9">
    <w:name w:val="heading 9"/>
    <w:basedOn w:val="Normal"/>
    <w:next w:val="Normal"/>
    <w:link w:val="Ttulo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E618BF"/>
  </w:style>
  <w:style w:type="paragraph" w:styleId="Rodap">
    <w:name w:val="footer"/>
    <w:basedOn w:val="Normal"/>
    <w:link w:val="Rodap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E618BF"/>
  </w:style>
  <w:style w:type="paragraph" w:styleId="SemEspaamento">
    <w:name w:val="No Spacing"/>
    <w:uiPriority w:val="1"/>
    <w:qFormat/>
    <w:rsid w:val="00FC693F"/>
    <w:pPr>
      <w:spacing w:after="0" w:line="240" w:lineRule="auto"/>
    </w:pPr>
  </w:style>
  <w:style w:type="character" w:customStyle="1" w:styleId="Ttulo1Char">
    <w:name w:val="Título 1 Char"/>
    <w:basedOn w:val="Fontepargpadro"/>
    <w:link w:val="Ttulo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Ttulo2Char">
    <w:name w:val="Título 2 Char"/>
    <w:basedOn w:val="Fontepargpadro"/>
    <w:link w:val="Ttulo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Ttulo3Char">
    <w:name w:val="Título 3 Char"/>
    <w:basedOn w:val="Fontepargpadro"/>
    <w:link w:val="Ttulo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tulo">
    <w:name w:val="Title"/>
    <w:basedOn w:val="Normal"/>
    <w:next w:val="Normal"/>
    <w:link w:val="TtuloChar"/>
    <w:uiPriority w:val="10"/>
    <w:qFormat/>
    <w:rsid w:val="00FC693F"/>
    <w:pPr>
      <w:keepNext/>
      <w:spacing w:before="180"/>
      <w:contextualSpacing/>
      <w:jc w:val="center"/>
    </w:pPr>
    <w:rPr>
      <w:rFonts w:asciiTheme="majorHAnsi" w:eastAsiaTheme="majorEastAsia" w:hAnsiTheme="majorHAnsi" w:cstheme="majorBidi"/>
      <w:b/>
      <w:spacing w:val="5"/>
      <w:kern w:val="28"/>
      <w:sz w:val="34"/>
      <w:szCs w:val="52"/>
    </w:rPr>
  </w:style>
  <w:style w:type="character" w:customStyle="1" w:styleId="TtuloChar">
    <w:name w:val="Título Char"/>
    <w:basedOn w:val="Fontepargpadro"/>
    <w:link w:val="Ttulo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tulo">
    <w:name w:val="Subtitle"/>
    <w:basedOn w:val="Normal"/>
    <w:next w:val="Normal"/>
    <w:link w:val="SubttuloChar"/>
    <w:uiPriority w:val="11"/>
    <w:qFormat/>
    <w:rsid w:val="00FC693F"/>
    <w:pPr>
      <w:numPr>
        <w:ilvl w:val="1"/>
      </w:numPr>
      <w:spacing w:before="180"/>
    </w:pPr>
    <w:rPr>
      <w:rFonts w:asciiTheme="majorHAnsi" w:eastAsiaTheme="majorEastAsia" w:hAnsiTheme="majorHAnsi" w:cstheme="majorBidi"/>
      <w:i/>
      <w:iCs/>
      <w:spacing w:val="15"/>
      <w:szCs w:val="24"/>
    </w:rPr>
  </w:style>
  <w:style w:type="character" w:customStyle="1" w:styleId="SubttuloChar">
    <w:name w:val="Subtítulo Char"/>
    <w:basedOn w:val="Fontepargpadro"/>
    <w:link w:val="Subttulo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PargrafodaLista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Corpodetexto">
    <w:name w:val="Body Text"/>
    <w:basedOn w:val="Normal"/>
    <w:link w:val="CorpodetextoChar"/>
    <w:uiPriority w:val="99"/>
    <w:unhideWhenUsed/>
    <w:rsid w:val="00AA1D8D"/>
    <w:pPr>
      <w:spacing w:after="120"/>
    </w:pPr>
  </w:style>
  <w:style w:type="character" w:customStyle="1" w:styleId="CorpodetextoChar">
    <w:name w:val="Corpo de texto Char"/>
    <w:basedOn w:val="Fontepargpadro"/>
    <w:link w:val="Corpodetexto"/>
    <w:uiPriority w:val="99"/>
    <w:rsid w:val="00AA1D8D"/>
  </w:style>
  <w:style w:type="paragraph" w:styleId="Corpodetexto2">
    <w:name w:val="Body Text 2"/>
    <w:basedOn w:val="Normal"/>
    <w:link w:val="Corpodetexto2Char"/>
    <w:uiPriority w:val="99"/>
    <w:unhideWhenUsed/>
    <w:rsid w:val="00AA1D8D"/>
    <w:pPr>
      <w:spacing w:after="120" w:line="480" w:lineRule="auto"/>
    </w:pPr>
  </w:style>
  <w:style w:type="character" w:customStyle="1" w:styleId="Corpodetexto2Char">
    <w:name w:val="Corpo de texto 2 Char"/>
    <w:basedOn w:val="Fontepargpadro"/>
    <w:link w:val="Corpodetexto2"/>
    <w:uiPriority w:val="99"/>
    <w:rsid w:val="00AA1D8D"/>
  </w:style>
  <w:style w:type="paragraph" w:styleId="Corpodetexto3">
    <w:name w:val="Body Text 3"/>
    <w:basedOn w:val="Normal"/>
    <w:link w:val="Corpodetexto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Corpodetexto3Char">
    <w:name w:val="Corpo de texto 3 Char"/>
    <w:basedOn w:val="Fontepargpadro"/>
    <w:link w:val="Corpodetexto3"/>
    <w:uiPriority w:val="99"/>
    <w:rsid w:val="00AA1D8D"/>
    <w:rPr>
      <w:sz w:val="16"/>
      <w:szCs w:val="16"/>
    </w:rPr>
  </w:style>
  <w:style w:type="paragraph" w:styleId="Lista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a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a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Commarcadores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Commarcadores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Commarcadores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Numerada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Numerada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Numerada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adecontinuao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adecontinuao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adecontinuao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Textodemacro">
    <w:name w:val="macro"/>
    <w:link w:val="Textodemacro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TextodemacroChar">
    <w:name w:val="Texto de macro Char"/>
    <w:basedOn w:val="Fontepargpadro"/>
    <w:link w:val="Textodemacro"/>
    <w:uiPriority w:val="99"/>
    <w:rsid w:val="0029639D"/>
    <w:rPr>
      <w:rFonts w:ascii="Courier" w:hAnsi="Courier"/>
      <w:sz w:val="20"/>
      <w:szCs w:val="20"/>
    </w:rPr>
  </w:style>
  <w:style w:type="paragraph" w:styleId="Citao">
    <w:name w:val="Quote"/>
    <w:basedOn w:val="Normal"/>
    <w:next w:val="Normal"/>
    <w:link w:val="CitaoChar"/>
    <w:uiPriority w:val="29"/>
    <w:qFormat/>
    <w:rsid w:val="00FC693F"/>
    <w:rPr>
      <w:i/>
      <w:iCs/>
      <w:color w:val="000000" w:themeColor="text1"/>
    </w:rPr>
  </w:style>
  <w:style w:type="character" w:customStyle="1" w:styleId="CitaoChar">
    <w:name w:val="Citação Char"/>
    <w:basedOn w:val="Fontepargpadro"/>
    <w:link w:val="Citao"/>
    <w:uiPriority w:val="29"/>
    <w:rsid w:val="00FC693F"/>
    <w:rPr>
      <w:i/>
      <w:iCs/>
      <w:color w:val="000000" w:themeColor="text1"/>
    </w:rPr>
  </w:style>
  <w:style w:type="character" w:customStyle="1" w:styleId="Ttulo4Char">
    <w:name w:val="Título 4 Char"/>
    <w:basedOn w:val="Fontepargpadro"/>
    <w:link w:val="Ttulo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Ttulo5Char">
    <w:name w:val="Título 5 Char"/>
    <w:basedOn w:val="Fontepargpadro"/>
    <w:link w:val="Ttulo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Ttulo6Char">
    <w:name w:val="Título 6 Char"/>
    <w:basedOn w:val="Fontepargpadro"/>
    <w:link w:val="Ttulo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Ttulo7Char">
    <w:name w:val="Título 7 Char"/>
    <w:basedOn w:val="Fontepargpadro"/>
    <w:link w:val="Ttulo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Ttulo8Char">
    <w:name w:val="Título 8 Char"/>
    <w:basedOn w:val="Fontepargpadro"/>
    <w:link w:val="Ttulo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Ttulo9Char">
    <w:name w:val="Título 9 Char"/>
    <w:basedOn w:val="Fontepargpadro"/>
    <w:link w:val="Ttulo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Legenda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Forte">
    <w:name w:val="Strong"/>
    <w:basedOn w:val="Fontepargpadro"/>
    <w:uiPriority w:val="22"/>
    <w:qFormat/>
    <w:rsid w:val="00FC693F"/>
    <w:rPr>
      <w:b/>
      <w:bCs/>
    </w:rPr>
  </w:style>
  <w:style w:type="character" w:styleId="nfase">
    <w:name w:val="Emphasis"/>
    <w:basedOn w:val="Fontepargpadro"/>
    <w:uiPriority w:val="20"/>
    <w:qFormat/>
    <w:rsid w:val="00FC693F"/>
    <w:rPr>
      <w:i/>
      <w:iCs/>
    </w:rPr>
  </w:style>
  <w:style w:type="paragraph" w:styleId="CitaoIntensa">
    <w:name w:val="Intense Quote"/>
    <w:basedOn w:val="Normal"/>
    <w:next w:val="Normal"/>
    <w:link w:val="CitaoIntensa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CitaoIntensaChar">
    <w:name w:val="Citação Intensa Char"/>
    <w:basedOn w:val="Fontepargpadro"/>
    <w:link w:val="CitaoIntensa"/>
    <w:uiPriority w:val="30"/>
    <w:rsid w:val="00FC693F"/>
    <w:rPr>
      <w:b/>
      <w:bCs/>
      <w:i/>
      <w:iCs/>
      <w:color w:val="4F81BD" w:themeColor="accent1"/>
    </w:rPr>
  </w:style>
  <w:style w:type="character" w:styleId="nfaseSutil">
    <w:name w:val="Subtle Emphasis"/>
    <w:basedOn w:val="Fontepargpadro"/>
    <w:uiPriority w:val="19"/>
    <w:qFormat/>
    <w:rsid w:val="00FC693F"/>
    <w:rPr>
      <w:i/>
      <w:iCs/>
      <w:color w:val="808080" w:themeColor="text1" w:themeTint="7F"/>
    </w:rPr>
  </w:style>
  <w:style w:type="character" w:styleId="nfaseIntensa">
    <w:name w:val="Intense Emphasis"/>
    <w:basedOn w:val="Fontepargpadro"/>
    <w:uiPriority w:val="21"/>
    <w:qFormat/>
    <w:rsid w:val="00FC693F"/>
    <w:rPr>
      <w:b/>
      <w:bCs/>
      <w:i/>
      <w:iCs/>
      <w:color w:val="4F81BD" w:themeColor="accent1"/>
    </w:rPr>
  </w:style>
  <w:style w:type="character" w:styleId="RefernciaSutil">
    <w:name w:val="Subtle Reference"/>
    <w:basedOn w:val="Fontepargpadro"/>
    <w:uiPriority w:val="31"/>
    <w:qFormat/>
    <w:rsid w:val="00FC693F"/>
    <w:rPr>
      <w:smallCaps/>
      <w:color w:val="C0504D" w:themeColor="accent2"/>
      <w:u w:val="single"/>
    </w:rPr>
  </w:style>
  <w:style w:type="character" w:styleId="RefernciaIntensa">
    <w:name w:val="Intense Reference"/>
    <w:basedOn w:val="Fontepargpadro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TtulodoLivro">
    <w:name w:val="Book Title"/>
    <w:basedOn w:val="Fontepargpadro"/>
    <w:uiPriority w:val="33"/>
    <w:qFormat/>
    <w:rsid w:val="00FC693F"/>
    <w:rPr>
      <w:b/>
      <w:bCs/>
      <w:smallCaps/>
      <w:spacing w:val="5"/>
    </w:rPr>
  </w:style>
  <w:style w:type="paragraph" w:styleId="CabealhodoSumrio">
    <w:name w:val="TOC Heading"/>
    <w:basedOn w:val="Ttulo1"/>
    <w:next w:val="Normal"/>
    <w:uiPriority w:val="39"/>
    <w:semiHidden/>
    <w:unhideWhenUsed/>
    <w:qFormat/>
    <w:rsid w:val="00FC693F"/>
    <w:pPr>
      <w:outlineLvl w:val="9"/>
    </w:pPr>
  </w:style>
  <w:style w:type="table" w:styleId="Tabelacomgrade">
    <w:name w:val="Table Grid"/>
    <w:basedOn w:val="Tabela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SombreamentoClaro">
    <w:name w:val="Light Shading"/>
    <w:basedOn w:val="Tabela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SombreamentoClaro-nfase1">
    <w:name w:val="Light Shading Accent 1"/>
    <w:basedOn w:val="Tabela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SombreamentoClaro-nfase2">
    <w:name w:val="Light Shading Accent 2"/>
    <w:basedOn w:val="Tabela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SombreamentoClaro-nfase3">
    <w:name w:val="Light Shading Accent 3"/>
    <w:basedOn w:val="Tabela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SombreamentoClaro-nfase4">
    <w:name w:val="Light Shading Accent 4"/>
    <w:basedOn w:val="Tabela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SombreamentoClaro-nfase5">
    <w:name w:val="Light Shading Accent 5"/>
    <w:basedOn w:val="Tabela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SombreamentoClaro-nfase6">
    <w:name w:val="Light Shading Accent 6"/>
    <w:basedOn w:val="Tabela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staClara">
    <w:name w:val="Light List"/>
    <w:basedOn w:val="Tabela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staClara-nfase1">
    <w:name w:val="Light List Accent 1"/>
    <w:basedOn w:val="Tabela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staClara-nfase2">
    <w:name w:val="Light List Accent 2"/>
    <w:basedOn w:val="Tabe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staClara-nfase3">
    <w:name w:val="Light List Accent 3"/>
    <w:basedOn w:val="Tabe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staClara-nfase4">
    <w:name w:val="Light List Accent 4"/>
    <w:basedOn w:val="Tabe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staClara-nfase5">
    <w:name w:val="Light List Accent 5"/>
    <w:basedOn w:val="Tabe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staClara-nfase6">
    <w:name w:val="Light List Accent 6"/>
    <w:basedOn w:val="Tabe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GradeClara">
    <w:name w:val="Light Grid"/>
    <w:basedOn w:val="Tabe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GradeClara-nfase1">
    <w:name w:val="Light Grid Accent 1"/>
    <w:basedOn w:val="Tabe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GradeClara-nfase2">
    <w:name w:val="Light Grid Accent 2"/>
    <w:basedOn w:val="Tabe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GradeClara-nfase3">
    <w:name w:val="Light Grid Accent 3"/>
    <w:basedOn w:val="Tabe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GradeClara-nfase4">
    <w:name w:val="Light Grid Accent 4"/>
    <w:basedOn w:val="Tabe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GradeClara-nfase5">
    <w:name w:val="Light Grid Accent 5"/>
    <w:basedOn w:val="Tabe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GradeClara-nfase6">
    <w:name w:val="Light Grid Accent 6"/>
    <w:basedOn w:val="Tabe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SombreamentoMdio1">
    <w:name w:val="Medium Shading 1"/>
    <w:basedOn w:val="Tabe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mentoMdio1-nfase1">
    <w:name w:val="Medium Shading 1 Accent 1"/>
    <w:basedOn w:val="Tabe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mentoMdio1-nfase2">
    <w:name w:val="Medium Shading 1 Accent 2"/>
    <w:basedOn w:val="Tabe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mentoMdio1-nfase3">
    <w:name w:val="Medium Shading 1 Accent 3"/>
    <w:basedOn w:val="Tabe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mentoMdio1-nfase4">
    <w:name w:val="Medium Shading 1 Accent 4"/>
    <w:basedOn w:val="Tabe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mentoMdio1-nfase5">
    <w:name w:val="Medium Shading 1 Accent 5"/>
    <w:basedOn w:val="Tabe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mentoMdio1-nfase6">
    <w:name w:val="Medium Shading 1 Accent 6"/>
    <w:basedOn w:val="Tabe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mentoMdio2">
    <w:name w:val="Medium Shading 2"/>
    <w:basedOn w:val="Tabe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mentoMdio2-nfase1">
    <w:name w:val="Medium Shading 2 Accent 1"/>
    <w:basedOn w:val="Tabe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mentoMdio2-nfase2">
    <w:name w:val="Medium Shading 2 Accent 2"/>
    <w:basedOn w:val="Tabe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mentoMdio2-nfase3">
    <w:name w:val="Medium Shading 2 Accent 3"/>
    <w:basedOn w:val="Tabe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mentoMdio2-nfase4">
    <w:name w:val="Medium Shading 2 Accent 4"/>
    <w:basedOn w:val="Tabe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mentoMdio2-nfase5">
    <w:name w:val="Medium Shading 2 Accent 5"/>
    <w:basedOn w:val="Tabe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mentoMdio2-nfase6">
    <w:name w:val="Medium Shading 2 Accent 6"/>
    <w:basedOn w:val="Tabe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ListaMdia1">
    <w:name w:val="Medium List 1"/>
    <w:basedOn w:val="Tabe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ListaMdia1-nfase1">
    <w:name w:val="Medium List 1 Accent 1"/>
    <w:basedOn w:val="Tabe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ListaMdia1-nfase2">
    <w:name w:val="Medium List 1 Accent 2"/>
    <w:basedOn w:val="Tabe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ListaMdia1-nfase3">
    <w:name w:val="Medium List 1 Accent 3"/>
    <w:basedOn w:val="Tabe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ListaMdia1-nfase4">
    <w:name w:val="Medium List 1 Accent 4"/>
    <w:basedOn w:val="Tabe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ListaMdia1-nfase5">
    <w:name w:val="Medium List 1 Accent 5"/>
    <w:basedOn w:val="Tabe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ListaMdia1-nfase6">
    <w:name w:val="Medium List 1 Accent 6"/>
    <w:basedOn w:val="Tabe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ListaMdia2">
    <w:name w:val="Medium List 2"/>
    <w:basedOn w:val="Tabe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dia2-nfase1">
    <w:name w:val="Medium List 2 Accent 1"/>
    <w:basedOn w:val="Tabe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dia2-nfase2">
    <w:name w:val="Medium List 2 Accent 2"/>
    <w:basedOn w:val="Tabe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dia2-nfase3">
    <w:name w:val="Medium List 2 Accent 3"/>
    <w:basedOn w:val="Tabe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dia2-nfase4">
    <w:name w:val="Medium List 2 Accent 4"/>
    <w:basedOn w:val="Tabe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dia2-nfase5">
    <w:name w:val="Medium List 2 Accent 5"/>
    <w:basedOn w:val="Tabe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dia2-nfase6">
    <w:name w:val="Medium List 2 Accent 6"/>
    <w:basedOn w:val="Tabe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GradeMdia1">
    <w:name w:val="Medium Grid 1"/>
    <w:basedOn w:val="Tabe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GradeMdia1-nfase1">
    <w:name w:val="Medium Grid 1 Accent 1"/>
    <w:basedOn w:val="Tabe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GradeMdia1-nfase2">
    <w:name w:val="Medium Grid 1 Accent 2"/>
    <w:basedOn w:val="Tabe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GradeMdia1-nfase3">
    <w:name w:val="Medium Grid 1 Accent 3"/>
    <w:basedOn w:val="Tabe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GradeMdia1-nfase4">
    <w:name w:val="Medium Grid 1 Accent 4"/>
    <w:basedOn w:val="Tabe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GradeMdia1-nfase5">
    <w:name w:val="Medium Grid 1 Accent 5"/>
    <w:basedOn w:val="Tabe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GradeMdia1-nfase6">
    <w:name w:val="Medium Grid 1 Accent 6"/>
    <w:basedOn w:val="Tabe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GradeMdia2">
    <w:name w:val="Medium Grid 2"/>
    <w:basedOn w:val="Tabe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adeMdia2-nfase1">
    <w:name w:val="Medium Grid 2 Accent 1"/>
    <w:basedOn w:val="Tabe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adeMdia2-nfase2">
    <w:name w:val="Medium Grid 2 Accent 2"/>
    <w:basedOn w:val="Tabe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adeMdia2-nfase3">
    <w:name w:val="Medium Grid 2 Accent 3"/>
    <w:basedOn w:val="Tabe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adeMdia2-nfase4">
    <w:name w:val="Medium Grid 2 Accent 4"/>
    <w:basedOn w:val="Tabe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adeMdia2-nfase5">
    <w:name w:val="Medium Grid 2 Accent 5"/>
    <w:basedOn w:val="Tabe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adeMdia2-nfase6">
    <w:name w:val="Medium Grid 2 Accent 6"/>
    <w:basedOn w:val="Tabe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adeMdia3">
    <w:name w:val="Medium Grid 3"/>
    <w:basedOn w:val="Tabe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GradeMdia3-nfase1">
    <w:name w:val="Medium Grid 3 Accent 1"/>
    <w:basedOn w:val="Tabe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GradeMdia3-nfase2">
    <w:name w:val="Medium Grid 3 Accent 2"/>
    <w:basedOn w:val="Tabe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GradeMdia3-nfase3">
    <w:name w:val="Medium Grid 3 Accent 3"/>
    <w:basedOn w:val="Tabe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GradeMdia3-nfase4">
    <w:name w:val="Medium Grid 3 Accent 4"/>
    <w:basedOn w:val="Tabe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GradeMdia3-nfase5">
    <w:name w:val="Medium Grid 3 Accent 5"/>
    <w:basedOn w:val="Tabe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GradeMdia3-nfase6">
    <w:name w:val="Medium Grid 3 Accent 6"/>
    <w:basedOn w:val="Tabe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ListaEscura">
    <w:name w:val="Dark List"/>
    <w:basedOn w:val="Tabe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ListaEscura-nfase1">
    <w:name w:val="Dark List Accent 1"/>
    <w:basedOn w:val="Tabe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ListaEscura-nfase2">
    <w:name w:val="Dark List Accent 2"/>
    <w:basedOn w:val="Tabe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ListaEscura-nfase3">
    <w:name w:val="Dark List Accent 3"/>
    <w:basedOn w:val="Tabe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ListaEscura-nfase4">
    <w:name w:val="Dark List Accent 4"/>
    <w:basedOn w:val="Tabe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ListaEscura-nfase5">
    <w:name w:val="Dark List Accent 5"/>
    <w:basedOn w:val="Tabe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ListaEscura-nfase6">
    <w:name w:val="Dark List Accent 6"/>
    <w:basedOn w:val="Tabe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SombreamentoColorido">
    <w:name w:val="Colorful Shading"/>
    <w:basedOn w:val="Tabe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mentoEscuro-nfase1">
    <w:name w:val="Colorful Shading Accent 1"/>
    <w:basedOn w:val="Tabe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mentoColorido-nfase2">
    <w:name w:val="Colorful Shading Accent 2"/>
    <w:basedOn w:val="Tabe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mentoColorido-nfase3">
    <w:name w:val="Colorful Shading Accent 3"/>
    <w:basedOn w:val="Tabe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SombreamentoColorido-nfase4">
    <w:name w:val="Colorful Shading Accent 4"/>
    <w:basedOn w:val="Tabe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mentoColorido-nfase5">
    <w:name w:val="Colorful Shading Accent 5"/>
    <w:basedOn w:val="Tabe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mentoColorido-nfase6">
    <w:name w:val="Colorful Shading Accent 6"/>
    <w:basedOn w:val="Tabe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ListaColorida">
    <w:name w:val="Colorful List"/>
    <w:basedOn w:val="Tabe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aColorida-nfase1">
    <w:name w:val="Colorful List Accent 1"/>
    <w:basedOn w:val="Tabe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ListaColorida-nfase2">
    <w:name w:val="Colorful List Accent 2"/>
    <w:basedOn w:val="Tabe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ListaColorida-nfase3">
    <w:name w:val="Colorful List Accent 3"/>
    <w:basedOn w:val="Tabe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ListaColorida-nfase4">
    <w:name w:val="Colorful List Accent 4"/>
    <w:basedOn w:val="Tabe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ListaColorida-nfase5">
    <w:name w:val="Colorful List Accent 5"/>
    <w:basedOn w:val="Tabe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ListaColorida-nfase6">
    <w:name w:val="Colorful List Accent 6"/>
    <w:basedOn w:val="Tabe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GradeColorida">
    <w:name w:val="Colorful Grid"/>
    <w:basedOn w:val="Tabe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GradeColorida-nfase1">
    <w:name w:val="Colorful Grid Accent 1"/>
    <w:basedOn w:val="Tabe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GradeColorida-nfase2">
    <w:name w:val="Colorful Grid Accent 2"/>
    <w:basedOn w:val="Tabe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GradeColorida-nfase3">
    <w:name w:val="Colorful Grid Accent 3"/>
    <w:basedOn w:val="Tabe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GradeColorida-nfase4">
    <w:name w:val="Colorful Grid Accent 4"/>
    <w:basedOn w:val="Tabe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GradeColorida-nfase5">
    <w:name w:val="Colorful Grid Accent 5"/>
    <w:basedOn w:val="Tabe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GradeColorida-nfase6">
    <w:name w:val="Colorful Grid Accent 6"/>
    <w:basedOn w:val="Tabe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CoverTitle">
    <w:name w:val="Cover Title"/>
    <w:pPr>
      <w:spacing w:after="140"/>
      <w:jc w:val="center"/>
    </w:pPr>
    <w:rPr>
      <w:rFonts w:ascii="Arial" w:hAnsi="Arial"/>
      <w:b/>
      <w:color w:val="2F5597"/>
      <w:sz w:val="32"/>
    </w:rPr>
  </w:style>
  <w:style w:type="paragraph" w:customStyle="1" w:styleId="CoverNote">
    <w:name w:val="Cover Note"/>
    <w:pPr>
      <w:spacing w:after="140"/>
      <w:jc w:val="both"/>
    </w:pPr>
    <w:rPr>
      <w:rFonts w:ascii="Arial" w:hAnsi="Arial"/>
      <w:color w:val="1F1F1F"/>
      <w:sz w:val="21"/>
    </w:rPr>
  </w:style>
  <w:style w:type="paragraph" w:customStyle="1" w:styleId="InstitutionalH1">
    <w:name w:val="Institutional H1"/>
    <w:pPr>
      <w:keepNext/>
      <w:spacing w:before="180" w:after="100" w:line="259" w:lineRule="auto"/>
      <w:jc w:val="center"/>
    </w:pPr>
    <w:rPr>
      <w:rFonts w:ascii="Arial" w:hAnsi="Arial"/>
      <w:b/>
      <w:color w:val="000000"/>
      <w:sz w:val="28"/>
    </w:rPr>
  </w:style>
  <w:style w:type="paragraph" w:customStyle="1" w:styleId="InstitutionalH2">
    <w:name w:val="Institutional H2"/>
    <w:pPr>
      <w:keepNext/>
      <w:spacing w:before="180" w:after="100" w:line="259" w:lineRule="auto"/>
      <w:jc w:val="center"/>
    </w:pPr>
    <w:rPr>
      <w:rFonts w:ascii="Arial" w:hAnsi="Arial"/>
      <w:b/>
      <w:color w:val="000000"/>
      <w:sz w:val="23"/>
    </w:rPr>
  </w:style>
  <w:style w:type="paragraph" w:customStyle="1" w:styleId="InternalH1">
    <w:name w:val="Internal H1"/>
    <w:pPr>
      <w:spacing w:after="140"/>
      <w:jc w:val="center"/>
    </w:pPr>
    <w:rPr>
      <w:rFonts w:ascii="Arial" w:hAnsi="Arial"/>
      <w:b/>
      <w:color w:val="000000"/>
      <w:sz w:val="30"/>
    </w:rPr>
  </w:style>
  <w:style w:type="paragraph" w:styleId="Textodecomentrio">
    <w:name w:val="annotation text"/>
    <w:basedOn w:val="Normal"/>
    <w:link w:val="TextodecomentrioChar"/>
    <w:uiPriority w:val="99"/>
    <w:semiHidden/>
    <w:unhideWhenUsed/>
    <w:pPr>
      <w:spacing w:line="240" w:lineRule="auto"/>
    </w:pPr>
    <w:rPr>
      <w:sz w:val="20"/>
      <w:szCs w:val="20"/>
    </w:rPr>
  </w:style>
  <w:style w:type="character" w:customStyle="1" w:styleId="TextodecomentrioChar">
    <w:name w:val="Texto de comentário Char"/>
    <w:basedOn w:val="Fontepargpadro"/>
    <w:link w:val="Textodecomentrio"/>
    <w:uiPriority w:val="99"/>
    <w:semiHidden/>
    <w:rPr>
      <w:rFonts w:ascii="Arial" w:hAnsi="Arial"/>
      <w:color w:val="000000"/>
      <w:sz w:val="20"/>
      <w:szCs w:val="20"/>
    </w:rPr>
  </w:style>
  <w:style w:type="character" w:styleId="Refdecomentrio">
    <w:name w:val="annotation reference"/>
    <w:basedOn w:val="Fontepargpadro"/>
    <w:uiPriority w:val="99"/>
    <w:semiHidden/>
    <w:unhideWhenUsed/>
    <w:rPr>
      <w:sz w:val="16"/>
      <w:szCs w:val="16"/>
    </w:rPr>
  </w:style>
  <w:style w:type="paragraph" w:customStyle="1" w:styleId="PendnciaMunicipal">
    <w:name w:val="Pendência Municipal"/>
    <w:basedOn w:val="Normal"/>
    <w:pPr>
      <w:spacing w:before="100"/>
    </w:pPr>
    <w:rPr>
      <w:b/>
      <w:color w:val="C0000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87</Words>
  <Characters>472</Characters>
  <Application>Microsoft Office Word</Application>
  <DocSecurity>0</DocSecurity>
  <Lines>3</Lines>
  <Paragraphs>1</Paragraphs>
  <ScaleCrop>false</ScaleCrop>
  <HeadingPairs>
    <vt:vector size="4" baseType="variant">
      <vt:variant>
        <vt:lpstr>Título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Minuta do Chamamento Público 01 de 2026 da PNAB em Silveiras</vt:lpstr>
      <vt:lpstr/>
    </vt:vector>
  </TitlesOfParts>
  <Manager/>
  <Company/>
  <LinksUpToDate>false</LinksUpToDate>
  <CharactersWithSpaces>558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Minuta do Chamamento Público 01 de 2026 da PNAB em Silveiras</dc:title>
  <dc:subject>Ciclo 2 da PNAB com perguntas municipais em vermelho e anexos harmonizados</dc:subject>
  <dc:creator>Jonathan Mackenzie</dc:creator>
  <cp:keywords>PNAB; Silveiras; Lei Aldir Blanc; fomento cultural; cronograma; edital</cp:keywords>
  <dc:description>generated by python-docx</dc:description>
  <cp:lastModifiedBy>Miguel Mota</cp:lastModifiedBy>
  <cp:revision>3</cp:revision>
  <cp:lastPrinted>2026-10-21T16:23:00Z</cp:lastPrinted>
  <dcterms:created xsi:type="dcterms:W3CDTF">2026-10-21T16:27:00Z</dcterms:created>
  <dcterms:modified xsi:type="dcterms:W3CDTF">2026-10-22T16:08:00Z</dcterms:modified>
  <cp:category/>
</cp:coreProperties>
</file>